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深圳市2020年全国硕士研究生招生考试报名确认工作温馨提示（二）</w:t>
      </w:r>
    </w:p>
    <w:p>
      <w:r>
        <w:rPr>
          <w:sz w:val="18"/>
        </w:rPr>
        <w:t>整理归属  深圳市招生考试办公室</w:t>
      </w:r>
    </w:p>
    <w:p>
      <w:r>
        <w:rPr>
          <w:sz w:val="18"/>
        </w:rPr>
        <w:t>发布日期  2019-11-08</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https://szeb.sz.gov.cn/szzkw/zkgg/ykxx/content/post_8949934.html</w:t>
        </w:r>
      </w:hyperlink>
    </w:p>
    <w:p/>
    <w:p>
      <w:r>
        <w:t>我市2020年全国硕士研究生招生考试报名确认时间为：2019年11月5日上午9：00至10日中午12：00（系统在此期间24小时开放）。目前市招考办报考点（4411）报名工作进展顺利，大部分考生已通过线上操作完成了报名确认，但仍有部分考生未登录系统进行报名确认操作。</w:t>
      </w:r>
    </w:p>
    <w:p>
      <w:r>
        <w:t>市招考办温馨提示：请在市招考办报考点（4411）报名，但仍未登录系统进行报名确认的考生以及此前审核不通过需要补充材料的考生，抓紧时间进行相关操作。为保证数据安全，我市报名确认系统将于2019年11月10日中午12：00准时关闭，逾期不再受理。</w:t>
      </w:r>
    </w:p>
    <w:p>
      <w:r>
        <w:t>深圳市招生考试办公室</w:t>
      </w:r>
    </w:p>
    <w:p>
      <w:r>
        <w:t>2019年11月8日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894993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