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广东省2016年成人高考高中起点专科非脱产院校第一次投档情况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2016-12-09</w:t>
      </w:r>
    </w:p>
    <w:p>
      <w:r>
        <w:rPr>
          <w:sz w:val="18"/>
        </w:rPr>
        <w:t>来源  广东省教育考试院官网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https://eea.gd.gov.cn/tzgg/content/post_2219360.html</w:t>
        </w:r>
      </w:hyperlink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10"/>
        <w:gridCol w:w="1710"/>
        <w:gridCol w:w="1710"/>
        <w:gridCol w:w="1710"/>
        <w:gridCol w:w="1710"/>
        <w:gridCol w:w="1710"/>
        <w:gridCol w:w="1710"/>
        <w:gridCol w:w="1710"/>
      </w:tblGrid>
      <w:tr>
        <w:trPr>
          <w:tblHeader/>
        </w:trP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广东省2016年成人高考高中起点专科非脱产院校第一次投档情况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理工类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北京邮电大学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北京印刷学院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对外经济贸易大学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首都经济贸易大学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华北电力大学(北京)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天津大学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天津科技大学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河北工程大学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辽宁工程技术大学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10183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哈尔滨师范大学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10251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华东理工大学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上海海洋大学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10287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南京航空航天大学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南京邮电大学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中国药科大学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浙江师范大学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安徽财经大学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南昌大学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江西理工大学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江西师范大学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中国石油大学(华东)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10486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武汉工程大学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武汉纺织大学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384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华中农业大学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华中师范大学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中南林业科技大学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湖南中医药大学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809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汕头大学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992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广东海洋大学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768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广州医科大学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广东医科大学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4901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4901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广州中医药大学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广东药科大学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1709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韶关学院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2599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2599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韩山师范学院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岭南师范学院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肇庆学院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嘉应学院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广东技术师范学院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重庆邮电大学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西南政法大学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昆明理工大学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10698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西安交通大学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西安电子科技大学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10709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西安工程大学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西北农林科技大学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广东白云学院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894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顺德职业技术学院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广东轻工职业技术学院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广东交通职业技术学院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10862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广东水利电力职业技术学院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10965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潮汕职业技术学院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11075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三峡大学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1997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广州航海学院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民办南华工商学院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私立华联学院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11232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北京信息科技大学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湖南工程学院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仲恺农业工程学院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五邑大学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长春工程学院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广东金融学院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598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电子科技大学中山学院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广东石油化工学院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东莞理工学院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佛山科学技术学院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广州番禺职业技术学院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武汉船舶职业技术学院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南方医科大学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3091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3091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广东农工商职业技术学院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广东新安职业技术学院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广东科学技术职业学院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12573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广东食品药品职业学院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广东东软学院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12575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广州康大职业技术学院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广东建设职业技术学院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广东女子职业技术学院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广东机电职业技术学院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789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789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广东岭南职业技术学院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汕尾职业技术学院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罗定职业技术学院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阳江职业技术学院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河源职业技术学院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汕头职业技术学院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揭阳职业技术学院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深圳信息职业技术学院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12958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清远职业技术学院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广东工贸职业技术学院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583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广东亚视演艺职业学院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12962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广东省外语艺术职业学院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13667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13709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广州工程技术职业学院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中山火炬职业技术学院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江门职业技术学院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茂名职业技术学院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珠海城市职业技术学院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广州工商学院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广州涉外经济职业技术学院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惠州经济职业技术学院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广东科技学院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广东理工学院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广东工商职业学院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13810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肇庆医学高等专科学校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广州现代信息工程职业技术学院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广州华南商贸职业学院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广州华立科技职业学院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1886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1886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广州城市职业学院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881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广东工程职业技术学院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广州铁路职业技术学院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1595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广东科贸职业学院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广州科技贸易职业学院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中山职业技术学院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广州珠江职业技术学院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14126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广东文理职业学院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14136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广州城建职业学院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广东南方职业学院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广州华商职业学院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14268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广州华夏职业学院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广东第二师范学院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14311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广东环境保护工程职业学院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14361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广东青年职业学院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14362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广州东华职业学院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14363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广东创新科技职业学院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14427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广东信息工程职业学院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50826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广东省国防工业职工大学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50837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韶关市职工大学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广东开放大学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广东社会科学大学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广州市广播电视大学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51888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深圳市广播电视大学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高起专非脱产理工301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文史类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北京交通大学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北京邮电大学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北京印刷学院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对外经济贸易大学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首都经济贸易大学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天津大学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天津科技大学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河北工程大学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辽宁工程技术大学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10183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哈尔滨师范大学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上海海洋大学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南京邮电大学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浙江师范大学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安徽财经大学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南昌大学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江西理工大学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江西师范大学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958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中国石油大学(华东)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10486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武汉工程大学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武汉纺织大学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华中农业大学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华中师范大学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中南财经政法大学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中南林业科技大学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湖南中医药大学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1989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汕头大学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1562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1562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广东海洋大学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1995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韶关学院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韩山师范学院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岭南师范学院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2499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2499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肇庆学院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嘉应学院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广东技术师范学院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重庆邮电大学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西南政法大学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昆明理工大学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10698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西安交通大学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西安电子科技大学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10709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西安工程大学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西北农林科技大学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广东白云学院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顺德职业技术学院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广东轻工职业技术学院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广东交通职业技术学院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10862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广东水利电力职业技术学院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10965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潮汕职业技术学院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11075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三峡大学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广州航海学院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广东警官学院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民办南华工商学院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私立华联学院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11232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北京信息科技大学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湖南工程学院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仲恺农业工程学院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五邑大学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595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长春工程学院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广东金融学院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4716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4498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电子科技大学中山学院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386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广东石油化工学院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东莞理工学院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佛山科学技术学院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广州民航职业技术学院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广州番禺职业技术学院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广东培正学院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广东农工商职业技术学院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广东新安职业技术学院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广东科学技术职业学院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广东东软学院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785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12575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广州康大职业技术学院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珠海艺术职业学院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广东建设职业技术学院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广东女子职业技术学院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广东机电职业技术学院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广东岭南职业技术学院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汕尾职业技术学院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罗定职业技术学院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阳江职业技术学院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河源职业技术学院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3756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3634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汕头职业技术学院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揭阳职业技术学院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深圳信息职业技术学院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12958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清远职业技术学院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广东工贸职业技术学院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广东亚视演艺职业学院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12962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广东省外语艺术职业学院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1591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1591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13667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13709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广州工程技术职业学院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中山火炬职业技术学院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江门职业技术学院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茂名职业技术学院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珠海城市职业技术学院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548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548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广州工商学院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广州涉外经济职业技术学院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惠州经济职业技术学院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768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768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广东科技学院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785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785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广东理工学院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广东工商职业学院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2953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广州现代信息工程职业技术学院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广州华南商贸职业学院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广州华立科技职业学院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867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867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广州城市职业学院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广东工程职业技术学院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广州铁路职业技术学院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广东科贸职业学院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广州科技贸易职业学院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中山职业技术学院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广州珠江职业技术学院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14126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广东文理职业学院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14136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广州城建职业学院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广东南方职业学院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广州华商职业学院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14268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广州华夏职业学院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广东第二师范学院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3895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3895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14311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广东环境保护工程职业学院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14361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广东青年职业学院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14363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广东创新科技职业学院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14427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广东信息工程职业学院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50079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南海成人学院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50826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广东省国防工业职工大学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50835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汕头市业余大学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50837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韶关市职工大学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广东开放大学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广东社会科学大学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广州市广播电视大学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1282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51888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深圳市广播电视大学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高起专非脱产文史301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外语类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汕头大学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广东海洋大学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韶关学院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韩山师范学院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肇庆学院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广东白云学院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顺德职业技术学院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10965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潮汕职业技术学院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民办南华工商学院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私立华联学院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仲恺农业工程学院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五邑大学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广东金融学院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电子科技大学中山学院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广东石油化工学院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东莞理工学院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686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683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佛山科学技术学院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广州番禺职业技术学院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广东科学技术职业学院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广东东软学院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珠海艺术职业学院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广东女子职业技术学院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广东机电职业技术学院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广东岭南职业技术学院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汕尾职业技术学院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罗定职业技术学院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阳江职业技术学院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河源职业技术学院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汕头职业技术学院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深圳信息职业技术学院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12958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清远职业技术学院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12962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广东省外语艺术职业学院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13709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广州工程技术职业学院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中山火炬职业技术学院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江门职业技术学院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珠海城市职业技术学院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广州工商学院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广州涉外经济职业技术学院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广东科技学院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广东理工学院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广东工商职业学院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广州现代信息工程职业技术学院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广州华南商贸职业学院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广州华立科技职业学院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广州城市职业学院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广州铁路职业技术学院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广州科技贸易职业学院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中山职业技术学院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广州珠江职业技术学院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14126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广东文理职业学院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14136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广州城建职业学院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广东第二师范学院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14361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广东青年职业学院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50835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汕头市业余大学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广东开放大学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广东社会科学大学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广州市广播电视大学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51888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深圳市广播电视大学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高起专非脱产外语301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体育类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武汉体育学院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高起专非脱产体育301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高起专非脱产体育301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高起专非脱产体育301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韩山师范学院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高起专非脱产体育301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岭南师范学院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高起专非脱产体育301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广州体育学院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高起专非脱产体育301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私立华联学院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高起专非脱产体育301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罗定职业技术学院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高起专非脱产体育301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河源职业技术学院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高起专非脱产体育301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中山职业技术学院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高起专非脱产体育301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高起专非脱产体育301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艺术类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韩山师范学院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嘉应学院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广州美术学院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星海音乐学院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广东轻工职业技术学院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私立华联学院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仲恺农业工程学院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电子科技大学中山学院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佛山科学技术学院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广州番禺职业技术学院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广东新安职业技术学院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12575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广州康大职业技术学院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珠海艺术职业学院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广东岭南职业技术学院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462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462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汕尾职业技术学院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罗定职业技术学院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阳江职业技术学院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河源职业技术学院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汕头职业技术学院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广东亚视演艺职业学院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12962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广东省外语艺术职业学院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13709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广州工程技术职业学院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中山火炬职业技术学院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江门职业技术学院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珠海城市职业技术学院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广州工商学院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广东理工学院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广东工商职业学院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广州现代信息工程职业技术学院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884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广州城市职业学院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广州科技贸易职业学院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中山职业技术学院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广州珠江职业技术学院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14126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广东文理职业学院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14136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广州城建职业学院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14407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广东舞蹈戏剧职业学院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广州市广播电视大学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367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51888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深圳市广播电视大学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高起专非脱产艺术301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</w:tbl>
    <w:p/>
    <w:sectPr w:rsidR="00FC693F" w:rsidRPr="0006063C" w:rsidSect="00034616">
      <w:footerReference w:type="default" r:id="rId9"/>
      <w:pgSz w:w="15840" w:h="122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221936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