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广东省教育考试院办公楼消防设施维修更新项目询价公告</w:t>
      </w:r>
    </w:p>
    <w:p>
      <w:r>
        <w:rPr>
          <w:sz w:val="18"/>
        </w:rPr>
        <w:t>整理归属  广东省教育考试院</w:t>
      </w:r>
    </w:p>
    <w:p>
      <w:r>
        <w:rPr>
          <w:sz w:val="18"/>
        </w:rPr>
        <w:t>发布日期  2022-07-11</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https://eea.gd.gov.cn/zfcg/content/post_3966255.html</w:t>
        </w:r>
      </w:hyperlink>
    </w:p>
    <w:p/>
    <w:p>
      <w:r>
        <w:t>广东省教育考试院就办公楼消防设施维修更新项目（采购文件编号：YKY20220701037）进行询价采购，欢迎符合资格的供应商参加。有关事项如下：</w:t>
      </w:r>
    </w:p>
    <w:p>
      <w:r>
        <w:t>一、项目名称</w:t>
      </w:r>
    </w:p>
    <w:p>
      <w:r>
        <w:t>广东省教育考试院办公楼消防设施维修更新项目</w:t>
      </w:r>
    </w:p>
    <w:p>
      <w:r>
        <w:t>二、项目内容</w:t>
      </w:r>
    </w:p>
    <w:p>
      <w:r>
        <w:t>广东省教育考试院办公大楼部分消防设施维修及更换（详见项目清单）</w:t>
      </w:r>
    </w:p>
    <w:p>
      <w:r>
        <w:t>三、采购预算</w:t>
      </w:r>
    </w:p>
    <w:p>
      <w:r>
        <w:t>人民币58505.00元</w:t>
      </w:r>
    </w:p>
    <w:p>
      <w:r>
        <w:t>四、项目清单</w:t>
      </w:r>
    </w:p>
    <w:tbl>
      <w:tblPr>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trPr>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项目名称</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品牌</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型号</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单位</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数量</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手动报警按钮</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海湾</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J-SAM-GST9123B</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应急灯</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桂安</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PA-ZFZD-E2W-DT1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消防电话（负一楼）</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海湾</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TS-GSTN602</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个</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防火门锁、把手</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镶锁</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CB-SIC</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防火门闭门器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篮雨</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LANYULY-051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对夹式信号蝶阀</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凯师达</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DN150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大楼消火栓立管从新刷漆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五羊大红油漆</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刷漆二遍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DN150闸阀</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上海美力德</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DN150</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消火栓软管卷盘</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闽峰</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25M</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套</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消防栓烧焊修补</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拆除原有设施并安装修复</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五、资格条件</w:t>
      </w:r>
    </w:p>
    <w:p>
      <w:r>
        <w:t>1.报价人应具备《政府采购法》第二十二条规定的条件（参照第五部分《响应函》格式承诺相关内容）：</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（7）须具备消防设施施工工程专业资质。</w:t>
      </w:r>
    </w:p>
    <w:p>
      <w:r>
        <w:t>2.报价人须是已报名并获取本项目询价文件的在中华人民共和国境内注册的法人、其他组织或自然人，提供有效的营业执照（或事业法人登记证或身份证等相关证明）副本复印件。分支机构参与谈判的，须提供总公司和分公司营业执照副本复印件，以及总公司出具给分支机构的授权书。</w:t>
      </w:r>
    </w:p>
    <w:p>
      <w:r>
        <w:t>3.单位负责人为同一人或者存在直接控股、 管理关系的不同供应商，不得同时参加本采购项目同一采购包的谈判。 为本项目提供整体设计、 规范编制或者项目管理、 监理、 检测等服务的供应商， 不得再参与本项目谈判。</w:t>
      </w:r>
    </w:p>
    <w:p>
      <w:r>
        <w:t>4.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六、评审办法</w:t>
      </w:r>
    </w:p>
    <w:p>
      <w:r>
        <w:t>评审办法采用最低评审价法。最低评审价法：先进行初步评审，再进行价格的详细评审。只有通过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七、报名截止时间及方式</w:t>
      </w:r>
    </w:p>
    <w:p>
      <w:r>
        <w:t>1、报名截止时间 ：2022年7月13日（周三）17:30（北京时间）。</w:t>
      </w:r>
    </w:p>
    <w:p>
      <w:r>
        <w:t>2、报名方式：需在截止时间前，将有关报名资料发送至邮箱gdsksy@eeagd.edu.cn，不收报名费。报名成功后询价文件将发送至报名邮箱。</w:t>
      </w:r>
    </w:p>
    <w:p>
      <w:r>
        <w:t>3、报名需提供的有关资料：提供报名单位统一社会信用代码扫描件、消防设施施工工程专业相关资质证明、委托人姓名，联系电话及健康码、行程卡截图。</w:t>
      </w:r>
    </w:p>
    <w:p>
      <w:r>
        <w:t>八、投标文件提交截止时间和提交地点</w:t>
      </w:r>
    </w:p>
    <w:p>
      <w:r>
        <w:t>1、投标文件提交时间和截止时间：</w:t>
      </w:r>
    </w:p>
    <w:p>
      <w:r>
        <w:t>投标文件提交时间：2022年7 月18日8:30—9:30。</w:t>
      </w:r>
    </w:p>
    <w:p>
      <w:r>
        <w:t>投标文件提交截止时间：2022年7月18 日上午9:30。</w:t>
      </w:r>
    </w:p>
    <w:p>
      <w:r>
        <w:t>2、投标文件提交地点：将密封的投标文件送达（并在封面上注明）广东省教育考试院一楼收发室转1402房收，逾期送达的投标文件将不予接收。</w:t>
      </w:r>
    </w:p>
    <w:p>
      <w:r>
        <w:t>3、投标文件的密封和标记：报价人应将投标文件用封套装好密封（在封口处加盖骑缝公章），且在封套上应标明：项目名称、报价人名称、地址、联系人、联系方式。</w:t>
      </w:r>
    </w:p>
    <w:p>
      <w:r>
        <w:t>九、询价结果公布时间：2022年7月30日前</w:t>
      </w:r>
    </w:p>
    <w:p>
      <w:r>
        <w:t>十、联系人及联系电话：陈先生020-38627892</w:t>
      </w:r>
    </w:p>
    <w:p>
      <w:r>
        <w:t>广东省教育考试院办公室</w:t>
      </w:r>
    </w:p>
    <w:p>
      <w:r>
        <w:t>2022年7月11日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39662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