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深圳市2024年度高等教育自学考试社会助学机构备案公告</w:t>
      </w:r>
    </w:p>
    <w:p>
      <w:r>
        <w:rPr>
          <w:sz w:val="18"/>
        </w:rPr>
        <w:t>整理归属  深圳市招生考试办公室</w:t>
      </w:r>
    </w:p>
    <w:p>
      <w:r>
        <w:rPr>
          <w:sz w:val="18"/>
        </w:rPr>
        <w:t>发布日期  2024-12-17</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https://szeb.sz.gov.cn/szzkw/zkgg/zkxx1/content/post_11903633.html</w:t>
        </w:r>
      </w:hyperlink>
    </w:p>
    <w:p/>
    <w:p>
      <w:r>
        <w:t>根据《广东省教育考试院关于进一步加强我省自学考试社会助学机构业务指导工作的通知》（粤考办〔2015〕46号）和《深圳市招生考试办公室关于开展我市2024年度自学考试社会助学机构备案登记工作的通知》（深招办〔2024〕54号）要求，为进一步增加社会助学机构信息的透明度，加强社会监督，落实《高等教育自学考试社会助学管理试行办法》（考委办〔2010〕1号）中关于高等教育自学考试社会助学组织公告与监督制度的有关规定，现将2024年在我市备案登记的社会助学机构名单予以公告（详见附件）。</w:t>
      </w:r>
    </w:p>
    <w:p>
      <w:r>
        <w:t>附件：深圳市2024年度自学考试社会助学机构备案登记一览表</w:t>
      </w:r>
    </w:p>
    <w:p>
      <w:r>
        <w:drawing>
          <wp:inline xmlns:a="http://schemas.openxmlformats.org/drawingml/2006/main" xmlns:pic="http://schemas.openxmlformats.org/drawingml/2006/picture">
            <wp:extent cx="6400800" cy="7987244"/>
            <wp:docPr id="1" name="Picture 1"/>
            <wp:cNvGraphicFramePr>
              <a:graphicFrameLocks noChangeAspect="1"/>
            </wp:cNvGraphicFramePr>
            <a:graphic>
              <a:graphicData uri="http://schemas.openxmlformats.org/drawingml/2006/picture">
                <pic:pic>
                  <pic:nvPicPr>
                    <pic:cNvPr id="0" name="f36d68a3dbbfb078f9d5.png"/>
                    <pic:cNvPicPr/>
                  </pic:nvPicPr>
                  <pic:blipFill>
                    <a:blip r:embed="rId11"/>
                    <a:stretch>
                      <a:fillRect/>
                    </a:stretch>
                  </pic:blipFill>
                  <pic:spPr>
                    <a:xfrm>
                      <a:off x="0" y="0"/>
                      <a:ext cx="6400800" cy="798724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382"/>
            <wp:docPr id="2" name="Picture 2"/>
            <wp:cNvGraphicFramePr>
              <a:graphicFrameLocks noChangeAspect="1"/>
            </wp:cNvGraphicFramePr>
            <a:graphic>
              <a:graphicData uri="http://schemas.openxmlformats.org/drawingml/2006/picture">
                <pic:pic>
                  <pic:nvPicPr>
                    <pic:cNvPr id="0" name="f195b09933ea1d92f39a629da5d8acec59101357-000.png"/>
                    <pic:cNvPicPr/>
                  </pic:nvPicPr>
                  <pic:blipFill>
                    <a:blip r:embed="rId12"/>
                    <a:stretch>
                      <a:fillRect/>
                    </a:stretch>
                  </pic:blipFill>
                  <pic:spPr>
                    <a:xfrm>
                      <a:off x="0" y="0"/>
                      <a:ext cx="6400800" cy="380538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70400"/>
            <wp:docPr id="3" name="Picture 3"/>
            <wp:cNvGraphicFramePr>
              <a:graphicFrameLocks noChangeAspect="1"/>
            </wp:cNvGraphicFramePr>
            <a:graphic>
              <a:graphicData uri="http://schemas.openxmlformats.org/drawingml/2006/picture">
                <pic:pic>
                  <pic:nvPicPr>
                    <pic:cNvPr id="0" name="f195b09933ea1d92f39a629da5d8acec59101357-001.png"/>
                    <pic:cNvPicPr/>
                  </pic:nvPicPr>
                  <pic:blipFill>
                    <a:blip r:embed="rId13"/>
                    <a:stretch>
                      <a:fillRect/>
                    </a:stretch>
                  </pic:blipFill>
                  <pic:spPr>
                    <a:xfrm>
                      <a:off x="0" y="0"/>
                      <a:ext cx="6400800" cy="44704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127"/>
            <wp:docPr id="4" name="Picture 4"/>
            <wp:cNvGraphicFramePr>
              <a:graphicFrameLocks noChangeAspect="1"/>
            </wp:cNvGraphicFramePr>
            <a:graphic>
              <a:graphicData uri="http://schemas.openxmlformats.org/drawingml/2006/picture">
                <pic:pic>
                  <pic:nvPicPr>
                    <pic:cNvPr id="0" name="95c10b05515747d54d7902355c2e742ef34e2902-000.png"/>
                    <pic:cNvPicPr/>
                  </pic:nvPicPr>
                  <pic:blipFill>
                    <a:blip r:embed="rId14"/>
                    <a:stretch>
                      <a:fillRect/>
                    </a:stretch>
                  </pic:blipFill>
                  <pic:spPr>
                    <a:xfrm>
                      <a:off x="0" y="0"/>
                      <a:ext cx="6400800" cy="380512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16869"/>
            <wp:docPr id="5" name="Picture 5"/>
            <wp:cNvGraphicFramePr>
              <a:graphicFrameLocks noChangeAspect="1"/>
            </wp:cNvGraphicFramePr>
            <a:graphic>
              <a:graphicData uri="http://schemas.openxmlformats.org/drawingml/2006/picture">
                <pic:pic>
                  <pic:nvPicPr>
                    <pic:cNvPr id="0" name="95c10b05515747d54d7902355c2e742ef34e2902-001.png"/>
                    <pic:cNvPicPr/>
                  </pic:nvPicPr>
                  <pic:blipFill>
                    <a:blip r:embed="rId15"/>
                    <a:stretch>
                      <a:fillRect/>
                    </a:stretch>
                  </pic:blipFill>
                  <pic:spPr>
                    <a:xfrm>
                      <a:off x="0" y="0"/>
                      <a:ext cx="6400800" cy="4716869"/>
                    </a:xfrm>
                    <a:prstGeom prst="rect"/>
                  </pic:spPr>
                </pic:pic>
              </a:graphicData>
            </a:graphic>
          </wp:inline>
        </w:drawing>
      </w:r>
    </w:p>
    <w:p>
      <w:r>
        <w:drawing>
          <wp:inline xmlns:a="http://schemas.openxmlformats.org/drawingml/2006/main" xmlns:pic="http://schemas.openxmlformats.org/drawingml/2006/picture">
            <wp:extent cx="6400800" cy="2154547"/>
            <wp:docPr id="6" name="Picture 6"/>
            <wp:cNvGraphicFramePr>
              <a:graphicFrameLocks noChangeAspect="1"/>
            </wp:cNvGraphicFramePr>
            <a:graphic>
              <a:graphicData uri="http://schemas.openxmlformats.org/drawingml/2006/picture">
                <pic:pic>
                  <pic:nvPicPr>
                    <pic:cNvPr id="0" name="eb840a2dc2e2ed801628.png"/>
                    <pic:cNvPicPr/>
                  </pic:nvPicPr>
                  <pic:blipFill>
                    <a:blip r:embed="rId16"/>
                    <a:stretch>
                      <a:fillRect/>
                    </a:stretch>
                  </pic:blipFill>
                  <pic:spPr>
                    <a:xfrm>
                      <a:off x="0" y="0"/>
                      <a:ext cx="6400800" cy="215454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90363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