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深圳市招生考试办公室关于市教育考试指挥中心升级改造项目监理服务项目信息的公开</w:t>
      </w:r>
    </w:p>
    <w:p>
      <w:r>
        <w:rPr>
          <w:sz w:val="18"/>
        </w:rPr>
        <w:t>整理归属  深圳市招生考试办公室</w:t>
      </w:r>
    </w:p>
    <w:p>
      <w:r>
        <w:rPr>
          <w:sz w:val="18"/>
        </w:rPr>
        <w:t>发布日期  2026-04-16</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https://szeb.sz.gov.cn/szzkw/qtxx/content/post_12739806.html</w:t>
        </w:r>
      </w:hyperlink>
    </w:p>
    <w:p/>
    <w:p>
      <w:r>
        <w:t>根据工作需要，深圳市招生考试办公室拟开展市教育考试指挥中心升级改造项目监理服务采购。现将有关信息进行公开，具体内容如下:</w:t>
      </w:r>
    </w:p>
    <w:p>
      <w:r>
        <w:t>项目名称:市教育考试指挥中心升级改造项目监理服务项目</w:t>
      </w:r>
    </w:p>
    <w:p>
      <w:r>
        <w:t>预算金额:66,000.00元</w:t>
      </w:r>
    </w:p>
    <w:p>
      <w:r>
        <w:t>采购方式:定向询价</w:t>
      </w:r>
    </w:p>
    <w:p>
      <w:r>
        <w:t>公示时间:2026年4月16日—19日</w:t>
      </w:r>
    </w:p>
    <w:p>
      <w:r>
        <w:t>联系人：陈老师</w:t>
      </w:r>
    </w:p>
    <w:p>
      <w:r>
        <w:t>联系电话：0755-82176753</w:t>
      </w:r>
    </w:p>
    <w:p>
      <w:r>
        <w:t>联系地址：深圳市罗湖区泥岗西路1068号</w:t>
      </w:r>
    </w:p>
    <w:p>
      <w:r>
        <w:t>邮政编码：518024</w:t>
      </w:r>
    </w:p>
    <w:p>
      <w:r>
        <w:t>深圳市招生考试办公室</w:t>
      </w:r>
    </w:p>
    <w:p>
      <w:r>
        <w:t>2026年4月16日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7398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