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https://szeb.sz.gov.cn/szzkw/zkcx/zxks/zkzy/bkcc/content/post_8949086.html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6345766b1efc47a89d5cda34f90fde2fcf26fb4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6345766b1efc47a89d5cda34f90fde2fcf26fb4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8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