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https://szeb.sz.gov.cn/szzkw/zkcx/zxks/zkzy/zkcc/content/post_8949011.html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b6d7d1b38b73bca2f3ff594c92772d2aa282581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b6d7d1b38b73bca2f3ff594c92772d2aa282581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1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