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广东省2022年4月自学考试延期考试等两项考试成绩于8月25日公布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2022-08-17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https://eea.gd.gov.cn/zxks/content/post_3996417.html</w:t>
        </w:r>
      </w:hyperlink>
    </w:p>
    <w:p/>
    <w:p>
      <w:r>
        <w:t>各位考生：</w:t>
      </w:r>
    </w:p>
    <w:p>
      <w:r>
        <w:t>广东省2022年4月自学考试延期考试等两项考试已于7月份举行，定于8月25日15时公布成绩，有关事项安排如下：</w:t>
      </w:r>
    </w:p>
    <w:p>
      <w:r>
        <w:t>一、成绩查询</w:t>
      </w:r>
    </w:p>
    <w:p>
      <w:r>
        <w:t>考生可通过以下4种方式查询考试成绩。</w:t>
      </w:r>
    </w:p>
    <w:p>
      <w:r>
        <w:t>（一）官微小程序查询</w:t>
      </w:r>
    </w:p>
    <w:p>
      <w:r>
        <w:t>考生关注广东省教育考试院微信公众号（ID：gdsksy），在页面底部选择“小程序”栏，点击进入“广东省教育考试院”小程序，即可查询考试成绩。</w:t>
      </w:r>
    </w:p>
    <w:p>
      <w:r>
        <w:t>（2）</w:t>
      </w:r>
    </w:p>
    <w:p>
      <w:r>
        <w:t>百度小程序查询</w:t>
      </w:r>
    </w:p>
    <w:p>
      <w:r>
        <w:t>通过百度App搜索“广东省教育考试院”，打开“广东省教育考试院—智能小程序”，点击“考试成绩”查询成绩。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考生如对本人某科成绩有异议的，须持本人身份证、准考证，向参加考试所在市自学考试办公室提出成绩复查申请，具体时间、地点等安排由各市自学考试办公室公布，当次考试成绩公布10个工作日后不再受理成绩复查申请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通知考生，对复查后发现分数有误的还将书面通知考生（按报考时考生确认的通信地址寄送）；考生也可向受理申请的市自学考试办公室咨询复查结果。</w:t>
      </w:r>
    </w:p>
    <w:p>
      <w:r>
        <w:t>广东省自学考试委员会办公室</w:t>
      </w:r>
    </w:p>
    <w:p>
      <w:r>
        <w:t>2022年8月16日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399641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