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关于公布我省2024年普通高考举报电话的通知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https://eea.gd.gov.cn/news/content/post_4434214.html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https://eea.gd.gov.cn/ptgk/content/post_4434205.html</w:t>
        </w:r>
      </w:hyperlink>
    </w:p>
    <w:p/>
    <w:p>
      <w:r>
        <w:t>我省2024年普通高考将于6月7-9日举行，为严厉打击涉考违法活动，严肃考试纪律，维护考生合法权益，现公布省教育考试院及各地市普通高考违规违法举报电话。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单位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举报电话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开通时间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020-38627866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6月1日至10日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020-83868062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0751-8899968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0755-82181999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0756-2124900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0754-88863455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0757-83205078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0750-3503935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湛江市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0759-3339667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0668-2277554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0758-2843139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0752-2397288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梅州市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0753-2180858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0660-3390696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0762-3386355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0662-3333920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0763-3363583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0769-23126083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0760-89989282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0768-2805032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0663-8724409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云浮市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0766-8830608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广东省教育考试院</w:t>
      </w:r>
    </w:p>
    <w:p>
      <w:r>
        <w:t>2024年5月31日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34214.html" TargetMode="External"/><Relationship Id="rId11" Type="http://schemas.openxmlformats.org/officeDocument/2006/relationships/hyperlink" Target="https://eea.gd.gov.cn/ptgk/content/post_44342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