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广东省教育考试院2024年度能源审计服务项目询价（成交）结果公告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https://eea.gd.gov.cn/zfcg/content/post_4755295.html</w:t>
        </w:r>
      </w:hyperlink>
    </w:p>
    <w:p/>
    <w:p>
      <w:r>
        <w:t>一、项目编号：YKY20250701041</w:t>
      </w:r>
    </w:p>
    <w:p>
      <w:r>
        <w:t>二、项目名称：广东省教育考试院2024年度能源审计服务项目</w:t>
      </w:r>
    </w:p>
    <w:p>
      <w:r>
        <w:t>三、中标（成交）信息</w:t>
      </w:r>
    </w:p>
    <w:p>
      <w:r>
        <w:t>供应商名称：广州弘禹生态科技有限公司</w:t>
      </w:r>
    </w:p>
    <w:p>
      <w:r>
        <w:t>供应商地址：广州高新技术产业开发区科学城科汇二街17号501房</w:t>
      </w:r>
    </w:p>
    <w:p>
      <w:r>
        <w:t>中标（成交）金额：¥29,000.00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询价报价（元）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评审价（元）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广州弘禹生态科技有限公司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中国检验认证集团深圳有限公司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29,600.00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29,600.00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公诚管理咨询有限公司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广东新悦环保科技有限公司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38,492.00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38,492.00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佛山市青岚环保科技有限公司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39,000.00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发布时间：2025年8月6日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7552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