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https://szeb.sz.gov.cn/szzkw/zkcx/zxks/zkzy/zkcc/content/post_8948999.html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d57b72019c867fbacc035933b4e53c4961d4f2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d57b72019c867fbacc035933b4e53c4961d4f2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899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