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广东省2022年上半年全国英语等级考试疫情防控工作通告</w:t>
      </w:r>
    </w:p>
    <w:p>
      <w:r>
        <w:rPr>
          <w:sz w:val="18"/>
        </w:rPr>
        <w:t>整理归属  深圳市招生考试办公室</w:t>
      </w:r>
    </w:p>
    <w:p>
      <w:r>
        <w:rPr>
          <w:sz w:val="18"/>
        </w:rPr>
        <w:t>发布日期  2022-03-05</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https://szeb.sz.gov.cn/szzkw/zkgg/skxx/content/post_9603965.html</w:t>
        </w:r>
      </w:hyperlink>
    </w:p>
    <w:p/>
    <w:p>
      <w:r>
        <w:t>2022年上半年全国英语等级考试即将举行，为切实做好我省新冠肺炎疫情防控常态化下组考工作，保障广大考生和考试工作人员的生命安全和身体健康，确保考试安全有序平稳实施，请所有考生知悉以下防疫工作要求，并遵照执行：</w:t>
      </w:r>
    </w:p>
    <w:p>
      <w:r>
        <w:t>一、所有考生须在3月4日前注册健康码。考前14天和考试期间避免参加聚会、聚餐等聚集性活动，减少进入人员密集的公共场所，乘坐公共交通工具时要做好个人防护。所有考生须按考点属地政府疫情防控政策规定执行。</w:t>
      </w:r>
    </w:p>
    <w:p>
      <w:r>
        <w:t>二、所有考生进入考点时须提供考前48小时内核酸阴性证明。考试当天，如考生为正处于隔离医学观察治疗、集中隔离观察期的确诊病例、疑似病例、复检阳性人员、无症状感染者以及健康码非绿码的，不得参加考试。</w:t>
      </w:r>
    </w:p>
    <w:p>
      <w:r>
        <w:t>三、考生应至少提前1小时到达考点，进入考点时要听从现场工作人员指挥，保持安全距离，自觉出示48小时内核酸阴性证明（纸质或手机）及当天更新的健康码、行程码及考点要求的有关健康证明材料并进行体温检测。体温≥37.3℃的考生由专业医护人员立即带入临时隔离检查点观察，使用水银温度计进行体温复测，并排查其流行病学史，以确定体温异常原因。经复查体温仍不正常的考生由考点防疫工作小组的工作人员进行研判，作出安排至备用隔离考场进行考试或禁止其考试的决定。</w:t>
      </w:r>
    </w:p>
    <w:p>
      <w:r>
        <w:t>四、所有考生到达考点须佩戴一次性医用或以上级别口罩，除进行人脸识别等必要的身份验证程序外，考试期间须全程规范佩戴口罩。</w:t>
      </w:r>
    </w:p>
    <w:p>
      <w:r>
        <w:t>五、考试结束后，考生要按考务工作人员的指令保持安全间距，有序离场。</w:t>
      </w:r>
    </w:p>
    <w:p>
      <w:r>
        <w:t>六、因防疫政策会根据疫情制定及调整，考生考前须密切关注我院、考点所在地考试机构及考点的相关通知公告，并按照具体要求执行。</w:t>
      </w:r>
    </w:p>
    <w:p>
      <w:r>
        <w:t>（来源：广东省教育考试院）</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960396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