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广东省教育考试院2024年度能源审计服务项目询价公告</w:t>
      </w:r>
    </w:p>
    <w:p>
      <w:r>
        <w:rPr>
          <w:sz w:val="18"/>
        </w:rPr>
        <w:t>整理归属  广东省教育考试院</w:t>
      </w:r>
    </w:p>
    <w:p>
      <w:r>
        <w:rPr>
          <w:sz w:val="18"/>
        </w:rPr>
        <w:t>发布日期  2025-07-29</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https://eea.gd.gov.cn/zfcg/content/post_4750867.html</w:t>
        </w:r>
      </w:hyperlink>
    </w:p>
    <w:p>
      <w:r>
        <w:t xml:space="preserve">同文来源  </w:t>
      </w:r>
      <w:hyperlink r:id="rId11">
        <w:r>
          <w:rPr>
            <w:color w:val="18548A"/>
          </w:rPr>
          <w:t>https://eea.gd.gov.cn/news/content/post_4751027.html</w:t>
        </w:r>
      </w:hyperlink>
    </w:p>
    <w:p/>
    <w:p>
      <w:r>
        <w:t>广东省教育考试院能源审计服务采购项目（项目编号：YKY20250701041）现进行询价采购，诚邀符合资格条件的供应商参与报价。有关事项公告如下：</w:t>
      </w:r>
    </w:p>
    <w:p>
      <w:r>
        <w:t>一、项目名称</w:t>
      </w:r>
    </w:p>
    <w:p>
      <w:r>
        <w:t>广东省教育考试院2024年度能源审计服务项目。</w:t>
      </w:r>
    </w:p>
    <w:p>
      <w:r>
        <w:t>二、项目预算：人民币4万元整（¥40,000.00）</w:t>
      </w:r>
    </w:p>
    <w:p>
      <w:r>
        <w:t>三、项目概况</w:t>
      </w:r>
    </w:p>
    <w:p>
      <w:r>
        <w:t>（一）服务范围</w:t>
      </w:r>
    </w:p>
    <w:p>
      <w:r>
        <w:t>开展广东省教育考试院能源审计服务，包括广东省教育考试院办公大楼（位于广州市天河区）、广东省教育考试惠州基地（位于惠州市博罗县）。</w:t>
      </w:r>
    </w:p>
    <w:p>
      <w:r>
        <w:t>（二）提交成果</w:t>
      </w:r>
    </w:p>
    <w:p>
      <w:r>
        <w:t>包括广东省教育考试院能源审计报告一式三份，并提供电子扫描版本。</w:t>
      </w:r>
    </w:p>
    <w:p>
      <w:r>
        <w:t>（三）本项目投标人的报价应包括采购、运输、安装、调试、验收、试运行和强制检测、与供电局对接业务、售后服务、培训等费用的全包价（含税）。</w:t>
      </w:r>
    </w:p>
    <w:p>
      <w:r>
        <w:t>四、报价人资格条件</w:t>
      </w:r>
    </w:p>
    <w:p>
      <w:r>
        <w:t>1.具有独立承担民事责任的能力：在中华人民共和国境内注册的法人或其他组织，提交有效的营业执照（或事业法人登记证等相关证明）副本复印件。分支机构报价的，须提供总公司和分公司营业执照副本复印件。</w:t>
      </w:r>
    </w:p>
    <w:p>
      <w:r>
        <w:t>2.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r>
        <w:t>3.报价单位需拥有乙级或乙级以上工程咨询单位资信证书。</w:t>
      </w:r>
    </w:p>
    <w:p>
      <w:r>
        <w:t>4.本项目不接受联合体投标，不允许分包。</w:t>
      </w:r>
    </w:p>
    <w:p>
      <w:r>
        <w:t>五、报价人资格条件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（五）报价单位需拥有乙级或乙级以上工程咨询单位资信证书。</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2025年8月1日（星期五）17:00（北京时间）前，将报名资料（营业执照扫描件、报价单位需拥有乙级或乙级以上工程咨询单位资信证书扫描件和联系人及联系方式等资料）发送至邮箱gdsksy@eeagd.edu.cn，不收报名费。报名成功后，采购人将于报名截止后统一发送询价文件至报名邮箱。</w:t>
      </w:r>
    </w:p>
    <w:p>
      <w:r>
        <w:t>七、投标文件提交时间</w:t>
      </w:r>
    </w:p>
    <w:p>
      <w:r>
        <w:t>（一）投标文件提交时间和截止时间</w:t>
      </w:r>
    </w:p>
    <w:p>
      <w:r>
        <w:t>投标文件提交时间：2025年8月6日14:30-15:30（注：2025年8月6日14:30开始接收投标文件）。投标文件递交截止时间：2025年8月6日15:30。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八、询价结果公布时间：2025年8月底前。</w:t>
      </w:r>
    </w:p>
    <w:p>
      <w:r>
        <w:t>九、联系人及联系电话：梁老师020-38627732。</w:t>
      </w:r>
    </w:p>
    <w:p>
      <w:r>
        <w:t>广东省教育考试院办公室</w:t>
      </w:r>
    </w:p>
    <w:p>
      <w:r>
        <w:t>2025年7月29日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750867.html" TargetMode="External"/><Relationship Id="rId11" Type="http://schemas.openxmlformats.org/officeDocument/2006/relationships/hyperlink" Target="https://eea.gd.gov.cn/news/content/post_47510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