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https://szeb.sz.gov.cn/szzkw/zkcx/zxks/zkzy/bkcc/content/post_8949094.html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8519569ad8f8ec42f69c714df2364a3a3eb70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08519569ad8f8ec42f69c714df2364a3a3eb70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9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