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护航高考 你们安心赴考 我们全心守护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https://szeb.sz.gov.cn/szzkw/zkgg/gkxx/content/post_9862327.html</w:t>
        </w:r>
      </w:hyperlink>
    </w:p>
    <w:p/>
    <w:p>
      <w:r>
        <w:t>2022年高考将于6月7日至9日进行，为使我市广大考生安全赴考，顺利完成考试，为此，市招考委各保障部门在高考期间开通高考服务热线。</w:t>
      </w:r>
    </w:p>
    <w:p>
      <w:r>
        <w:t>高考期间，考生在备考、赴考中遇到困难，可拨打高考保障部门的咨询热线，向工作人员咨询和求助。各部门将联动协作，本着“马上就办”精神，竭诚为考生提供帮助，为考生保驾护航。</w:t>
      </w:r>
    </w:p>
    <w:p>
      <w:r>
        <w:t>如遇交通拥堵、办理临时身份证、交警铁骑护送等问题，可拨打市公安局：110；市交警局高考服务热线：83333333</w:t>
      </w:r>
    </w:p>
    <w:p>
      <w:r>
        <w:t>如遇赴考交通问题，可拨打交通运输局热线：12328</w:t>
      </w:r>
    </w:p>
    <w:p>
      <w:r>
        <w:t>如需预约送考车辆，可拨打网约车热线：95128</w:t>
      </w:r>
    </w:p>
    <w:p>
      <w:r>
        <w:t>如遇环境噪声污染，可拨打市生态环境局热线：12369</w:t>
      </w:r>
    </w:p>
    <w:p>
      <w:r>
        <w:t>如遇社会生活和建筑施工过程中产生的噪声，可拨打市住房和建设局热线：83785555</w:t>
      </w:r>
    </w:p>
    <w:p>
      <w:r>
        <w:t>如遇考点周边道路环境等问题，可拨打市城市管理和综合执法局热线：12319</w:t>
      </w:r>
    </w:p>
    <w:p>
      <w:r>
        <w:t>如遇地铁施工噪音等问题，可拨打市轨道办热线：82769890</w:t>
      </w:r>
    </w:p>
    <w:p>
      <w:r>
        <w:t>如遇卫生健康问题，可拨打卫生健康委员会热线：12345、88113786</w:t>
      </w:r>
    </w:p>
    <w:p>
      <w:r>
        <w:t>如遇心理问题，可拨打24小时心理咨询热线：4009959959</w:t>
      </w:r>
    </w:p>
    <w:p>
      <w:r>
        <w:t>如遇食品安全等问题，可拨打市市场监督管理局热线：12315</w:t>
      </w:r>
    </w:p>
    <w:p>
      <w:r>
        <w:t>如需了解天气信息，可拨打市气象局热线：12121、83136599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gkxx/content/post_98623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