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关于全国英语等级考试、全国计算机等级考试期间防范台风、暴雨天气的温馨提示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2025-09-19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https://szeb.sz.gov.cn/szzkw/qt/tzgg/content/post_12404969.html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https://szeb.sz.gov.cn/szzkw/zkgg/skxx/content/post_12404967.html</w:t>
        </w:r>
      </w:hyperlink>
    </w:p>
    <w:p/>
    <w:p>
      <w:r>
        <w:t>根据气象部门预报，第17号台风“米娜”（热带风暴级）预计9月19日傍晚前后在深圳至汕尾沿海一带登陆。受其影响，19日夜间至20日降雨频密，有暴雨局部大暴雨，最大阵风8-9级，沿海、高地8-11级；21日风雨逐渐减小。</w:t>
      </w:r>
    </w:p>
    <w:p>
      <w:r>
        <w:t>市招考办在此特别提醒广大考生,请密切留意天气预报，提前做好应对准备，出行时请携带好雨具，提前规划好赴考的时间路线，确保能够安全、准时抵达考场，避免恶劣天气对赴考行程造成不利影响。</w:t>
      </w:r>
    </w:p>
    <w:p>
      <w:r>
        <w:t>深圳市招生考试办公室</w:t>
      </w:r>
    </w:p>
    <w:p>
      <w:r>
        <w:t>2025年9月19日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04969.html" TargetMode="External"/><Relationship Id="rId11" Type="http://schemas.openxmlformats.org/officeDocument/2006/relationships/hyperlink" Target="https://szeb.sz.gov.cn/szzkw/zkgg/skxx/content/post_1240496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