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关于做好广东省2023年普通高考舞蹈和音乐术科统一考试机考工作的通知</w:t>
      </w:r>
    </w:p>
    <w:p>
      <w:r>
        <w:rPr>
          <w:sz w:val="18"/>
        </w:rPr>
        <w:t>整理归属  广东省教育考试院</w:t>
      </w:r>
    </w:p>
    <w:p>
      <w:r>
        <w:rPr>
          <w:sz w:val="18"/>
        </w:rPr>
        <w:t>发布日期  2023-02-03</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https://eea.gd.gov.cn/tzgg/content/post_4089987.html</w:t>
        </w:r>
      </w:hyperlink>
    </w:p>
    <w:p/>
    <w:p>
      <w:r>
        <w:t>各地级以上市招生办公室（考试中心、考试院），星海音乐学院：</w:t>
      </w:r>
    </w:p>
    <w:p>
      <w:r>
        <w:t>根据《关于调整广东省2023年普通高考舞蹈和音乐术科统一考试考试安排的通知》（粤考院函〔2022〕159号）要求，现将我省2023年普通高考舞蹈和音乐术科统一考试机考工作有关事项通知如下：</w:t>
      </w:r>
    </w:p>
    <w:p>
      <w:r>
        <w:t>一、考试时间</w:t>
      </w:r>
    </w:p>
    <w:p>
      <w:r>
        <w:t>舞蹈机考时间为2月9日；音乐机考时间为2月9日至12日。具体考试时间以准考证上的安排为准。</w:t>
      </w:r>
    </w:p>
    <w:p>
      <w:r>
        <w:t>二、准考证打印</w:t>
      </w:r>
    </w:p>
    <w:p>
      <w:r>
        <w:t>2023年2月6日15时起，考生登录星海音乐学院招生网（网址：http://zs.xhcom.edu.cn，下同）自行打印舞蹈和音乐机考准考证。</w:t>
      </w:r>
    </w:p>
    <w:p>
      <w:r>
        <w:t>三、考试地点</w:t>
      </w:r>
    </w:p>
    <w:p>
      <w:r>
        <w:t>根据各地市2023年舞蹈和音乐考生人数，结合机考考试特点，为有效缩短考试周期，方便考生备考文化课和参加部分高校校考，我省共设星海音乐学院、佛山市南海区桂城中学、深圳市西乡中学（高中部）和湛江经济技术开发区第一中学等4个考点。</w:t>
      </w:r>
    </w:p>
    <w:p>
      <w:r>
        <w:t>广州市、韶关市、汕头市、梅州市、汕尾市、河源市、潮州市和揭阳市等8个地市的考生安排在星海音乐学院考点考试；深圳市、珠海市、惠州市、东莞市和中山市等5个地市的考生安排在深圳市西乡中学（高中部）考点考试；佛山市、江门市、肇庆市、清远市和云浮市等5个地市的考生安排在佛山市南海区桂城中学考点考试；湛江市、茂名市和阳江市等3个地市的考生安排在湛江经济技术开发区第一中学考点考试。</w:t>
      </w:r>
    </w:p>
    <w:p>
      <w:r>
        <w:t>四、其他事项</w:t>
      </w:r>
    </w:p>
    <w:p>
      <w:r>
        <w:t>我省2023年舞蹈和音乐术科统考机考为分时间段考试，舞蹈机考的考试时长为45分钟，音乐机考的考试时长为75分钟。请考生务必按照打印的准考证规定的考试时间，至少提前30分钟以上到达考点参加考试。</w:t>
      </w:r>
    </w:p>
    <w:p>
      <w:r>
        <w:t>请各市及时通知辖区内的各有关中学和考生，并提醒考生密切关注省教育考试院官网官微以及星海音乐学院官网官微有关通知公告。</w:t>
      </w:r>
    </w:p>
    <w:p>
      <w:r>
        <w:t>广东省教育考试院</w:t>
      </w:r>
    </w:p>
    <w:p>
      <w:r>
        <w:t>2023年2月3日</w:t>
      </w:r>
    </w:p>
    <w:p>
      <w:r>
        <w:t>广东省2023年普通高考舞蹈和音乐术科统一考试机考考点一览表</w:t>
      </w:r>
    </w:p>
    <w:tbl>
      <w:tblPr>
        <w:tblW w:type="auto" w:w="0"/>
        <w:jc w:val="center"/>
        <w:tblLayout w:type="fixed"/>
        <w:tblLook w:firstColumn="1" w:firstRow="1" w:lastColumn="0" w:lastRow="0" w:noHBand="0" w:noVBand="1" w:val="04A0"/>
      </w:tblPr>
      <w:tblGrid>
        <w:gridCol w:w="5040"/>
        <w:gridCol w:w="5040"/>
      </w:tblGrid>
      <w:tr>
        <w:trPr>
          <w:tblHeader/>
        </w:trPr>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考点名称</w:t>
            </w:r>
          </w:p>
        </w:tc>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考点地址</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星海音乐学院</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广州市番禺区广州大学城外环西路398号</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佛山市南海区桂城中学</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佛山市南海区桂城街道桂平西路</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深圳市西乡中学（高中部）</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深圳市宝安区兴业路3015号</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湛江经济技术开发区第一中学</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湛江市经开区海滨大道中乐金路11号</w:t>
            </w:r>
          </w:p>
        </w:tc>
      </w:tr>
    </w:tbl>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08998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