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关于申请2020年4月自学考试延期考试成绩复查的通知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2020-09-03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https://szeb.sz.gov.cn/szzkw/zkgg/zkxx1/content/post_8949651.html</w:t>
        </w:r>
      </w:hyperlink>
    </w:p>
    <w:p/>
    <w:p>
      <w:r>
        <w:t>各有关考生：</w:t>
      </w:r>
    </w:p>
    <w:p>
      <w:r>
        <w:t>根据广东省教育考试院通知，2020年4月自学考试延期考试成绩将于9月3日15时公布，对成绩有异议的考生可提出成绩复查申请，现将有关事项通知如下：</w:t>
      </w:r>
    </w:p>
    <w:p>
      <w:r>
        <w:t>一、复查申请</w:t>
      </w:r>
    </w:p>
    <w:p>
      <w:r>
        <w:t>考生如对本人2020年4月自学考试延期考试某科目的成绩有异议的，可持本人自考准考证、身份证到我办提出成绩复查申请。受理时间：9月3日至16日（节假日除外），逾期不再受理；地点：深圳市招生考试办公室一楼招考服务大厅（地址：罗湖区泥岗西路1068号）；联系电话：0755-82181999。</w:t>
      </w:r>
    </w:p>
    <w:p>
      <w:r>
        <w:t>二、复查范围</w:t>
      </w:r>
    </w:p>
    <w:p>
      <w:r>
        <w:t>（一）成绩复查仅限于复查答题有无漏评、漏记分、错记分、加错分，评分标准、评分细则以及对答题评分宽严有异议等问题不在复查范围之内。</w:t>
      </w:r>
    </w:p>
    <w:p>
      <w:r>
        <w:t>（二）我办仅接受在我市参加2020年4月自学考试延期考试考生的复查申请。</w:t>
      </w:r>
    </w:p>
    <w:p>
      <w:r>
        <w:t>三、复查结果反馈</w:t>
      </w:r>
    </w:p>
    <w:p>
      <w:r>
        <w:t>省自学考试委员会办公室按照相关规定组织专人进行试卷复查后，复核结果将通过自学考试管理系统通知考生，考生也可通过“深圳招考网”查询。</w:t>
      </w:r>
    </w:p>
    <w:p>
      <w:r>
        <w:t>四、特别提醒</w:t>
      </w:r>
    </w:p>
    <w:p>
      <w:r>
        <w:t>目前我市仍处于疫情防控阶段，请考生做好个人防护措施，全程佩戴口罩，并服从工作人员现场指挥。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