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7b6439e82cc0a6c84280c0f09980709915a3c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7b6439e82cc0a6c84280c0f09980709915a3c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