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深圳市校园疫情防控工作专班关于推迟举行2022年上半年全国英语等级考试的通告</w:t>
      </w:r>
    </w:p>
    <w:p>
      <w:r>
        <w:rPr>
          <w:sz w:val="18"/>
        </w:rPr>
        <w:t>整理归属  深圳市招生考试办公室</w:t>
      </w:r>
    </w:p>
    <w:p>
      <w:r>
        <w:rPr>
          <w:sz w:val="18"/>
        </w:rPr>
        <w:t>发布日期  2022-03-15</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https://szeb.sz.gov.cn/szzkw/zkgg/skxx/content/post_9619705.html</w:t>
        </w:r>
      </w:hyperlink>
    </w:p>
    <w:p/>
    <w:p>
      <w:r>
        <w:t>根据深圳市新冠肺炎疫情防控形势，为保障广大考生和涉考工作人员的生命安全和身体健康，经研究并请示省教育考试院同意，原定于3月19日至20日在深圳市举行的2022年上半年全国英语等级考试推迟举行，合并至2022年下半年全国英语等级考试一并组织实施。本次考试受影响考生的原有科目保留成绩延长半年，报名费将按原缴费渠道全额退回。后续有关事项将及时通过深圳市招生考试办公室微信公众号和深圳招考网(https://szeb.sz.gov.cn/szzkw/）向社会公布，请考生及时关注。</w:t>
      </w:r>
    </w:p>
    <w:p>
      <w:r>
        <w:t>因推迟考试给考生带来的不便，敬请谅解！</w:t>
      </w:r>
    </w:p>
    <w:p>
      <w:r>
        <w:t>深圳市校园疫情防控工作专班</w:t>
      </w:r>
    </w:p>
    <w:p>
      <w:r>
        <w:t>2022年3月15日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6197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