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高考三天都是在同一个考场考试吗？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https://eea.gd.gov.cn/dawenku/qtwt/content/post_4907498.html</w:t>
        </w:r>
      </w:hyperlink>
    </w:p>
    <w:p/>
    <w:p>
      <w:r>
        <w:t>进入考场前核查考场是否正确。一般情况下，考生6月9日的考场与6月7—8日的考场不同，6月9日上午的考场与下午的考场不同。考生应按照考点安排提前熟悉考试场地。进入考场前应检查考场是否与准考证上一致。进入考场后，须按指定的位置入座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9074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