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深圳大学关于举行线上校园开放日的通知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https://szeb.sz.gov.cn/szzkw/qtxx/content/post_8968357.html</w:t>
        </w:r>
      </w:hyperlink>
    </w:p>
    <w:p/>
    <w:p>
      <w:r>
        <w:t>高三应届毕业生及其家长：</w:t>
      </w:r>
    </w:p>
    <w:p>
      <w:r>
        <w:t>为提高深圳高中应届毕业生对大学专业的认知，切实帮助考生和家长更好地把握今年的高校招生信息和招生政策，科学合理填报志愿，让社会更真切、更全面地了解深圳大学，深圳大学定于6月26日举行线上校园开放日，帮助广大学子加深对专业的认知与了解，欢迎广大考生和考生家长踊跃参加！具体安排详见以下链接及二维码：</w:t>
      </w:r>
    </w:p>
    <w:p>
      <w:r>
        <w:t>https://m.weibo.cn/status/4651635017516277</w:t>
      </w:r>
    </w:p>
    <w:p>
      <w:r>
        <w:drawing>
          <wp:inline xmlns:a="http://schemas.openxmlformats.org/drawingml/2006/main" xmlns:pic="http://schemas.openxmlformats.org/drawingml/2006/picture">
            <wp:extent cx="5435600" cy="5435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3de3f9685faeabe9fa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543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来源：深圳大学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https://m.weibo.cn/status/4651635017516277</w:t>
        </w:r>
      </w:hyperlink>
    </w:p>
    <w:p>
      <w:r>
        <w:t>https://m.weibo.cn/status/4651635017516277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68357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m.weibo.cn/status/46516350175162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