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关于推迟举行我市2022年1月高等教育自学考试补考的通告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2022-03-25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https://szeb.sz.gov.cn/szzkw/zkgg/zkxx1/content/post_9637491.html</w:t>
        </w:r>
      </w:hyperlink>
    </w:p>
    <w:p/>
    <w:p>
      <w:r>
        <w:t>根据我市新冠肺炎疫情防控形势，为保障广大考生和涉考工作人员的生命安全和身体健康，经研究并请示省教育考试院同意，原定于2022年4月9日—10日举行的2022年1月高等教育自学考试补考推迟举行。后续有关事项请及时关注深圳招考网（https://szeb.sz.gov.cn/szzkw/）和深圳市招生考试办公室微信公众号。</w:t>
      </w:r>
    </w:p>
    <w:p>
      <w:r>
        <w:t>因推迟考试给考生带来的不便，敬请谅解！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63749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