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关于新型冠状病毒感染的肺炎疫情防控期间暂停现场办理自考考籍业务的公告</w:t>
      </w:r>
    </w:p>
    <w:p>
      <w:r>
        <w:rPr>
          <w:sz w:val="18"/>
        </w:rPr>
        <w:t>整理归属  深圳市招生考试办公室</w:t>
      </w:r>
    </w:p>
    <w:p>
      <w:r>
        <w:rPr>
          <w:sz w:val="18"/>
        </w:rPr>
        <w:t>发布日期  2020-02-11</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https://szeb.sz.gov.cn/szzkw/zkgg/zkxx1/content/post_8949696.html</w:t>
        </w:r>
      </w:hyperlink>
    </w:p>
    <w:p/>
    <w:p>
      <w:r>
        <w:t>各有关考生：</w:t>
      </w:r>
    </w:p>
    <w:p>
      <w:r>
        <w:t>为深入贯彻落实习近平总书记关于新型冠状病毒感染的肺炎疫情防控工作重要指示精神，避免人员聚集造成疫情传播，切实保障人民群众的身体健康和生命安全，根据当前疫情防控形势，现将自考现场办理考籍业务的有关事项公告如下：</w:t>
      </w:r>
    </w:p>
    <w:p>
      <w:r>
        <w:t>即日起，我办暂停现场办理自考考籍业务，具体恢复时间将根据疫情防控情况另行通知。</w:t>
      </w:r>
    </w:p>
    <w:p>
      <w:r>
        <w:t>若急需办理相关考籍业务的，请与我办电话预约，电话：82181999。</w:t>
      </w:r>
    </w:p>
    <w:p>
      <w:r>
        <w:t>深圳市招生考试办公室</w:t>
      </w:r>
    </w:p>
    <w:p>
      <w:r>
        <w:t>2020年2月11日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69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