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本科批次征集志愿正式投档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2025-07-27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普通高考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https://eea.gd.gov.cn/ptgk/content/post_4750002.html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https://eea.gd.gov.cn/news/content/post_4750003.html</w:t>
        </w:r>
      </w:hyperlink>
    </w:p>
    <w:p>
      <w:r>
        <w:t xml:space="preserve">同文来源  </w:t>
      </w:r>
      <w:hyperlink r:id="rId12">
        <w:r>
          <w:rPr>
            <w:color w:val="18548A"/>
          </w:rPr>
          <w:t>https://eea.gd.gov.cn/zwgk/sjfb/tjsj/content/post_4750004.html</w:t>
        </w:r>
      </w:hyperlink>
    </w:p>
    <w:p/>
    <w:p>
      <w:r>
        <w:t>我省2025年普通高考本科批次征集志愿正式投档，共投出考生11454人。其中，普通类（历史）投出3883人，普通类（物理）投出6006人，艺体类统考投出1565人。艺体类统考考生中，体育类统考投出442人，音乐类统考投出236人，舞蹈类统考投出69人，美术与设计类统考投出656人，书法类统考投出7人，播音与主持类统考投出35人，表（导）演类统考投出120人。相关录取工作于27日结束，28日起，考生可陆续查询到录取结果。</w:t>
      </w:r>
    </w:p>
    <w:p>
      <w:r>
        <w:t>根据征集志愿投档情况，我省2025年本科批次仍有个别省内民办院校存在缺额计划，省招生办拟进行本科批次第二次征集志愿，具体情况请考生密切留意省教育考试院微信公众号，以便及时查看相关信息。</w:t>
      </w:r>
    </w:p>
    <w:p>
      <w:r>
        <w:t>1.广东省2025年本科普通类（历史）征集志愿投档情况</w:t>
      </w:r>
    </w:p>
    <w:p>
      <w:r>
        <w:t>2.广东省2025年本科普通类（物理）征集志愿投档情况</w:t>
      </w:r>
    </w:p>
    <w:p>
      <w:r>
        <w:t>3.广东省2025年本科体育类征集志愿投档情况</w:t>
      </w:r>
    </w:p>
    <w:p>
      <w:r>
        <w:t>4.广东省2025年本科音乐类统考征集志愿投档情况</w:t>
      </w:r>
    </w:p>
    <w:p>
      <w:r>
        <w:t>5.广东省2025年本科舞蹈类统考征集志愿投档情况</w:t>
      </w:r>
    </w:p>
    <w:p>
      <w:r>
        <w:t>6.广东省2025年本科美术与设计类统考征集志愿投档情况</w:t>
      </w:r>
    </w:p>
    <w:p>
      <w:r>
        <w:t>7.广东省2025年本科书法类统考征集志愿投档情况</w:t>
      </w:r>
    </w:p>
    <w:p>
      <w:r>
        <w:t>8.广东省2025年本科播音与主持类统考征集志愿投档情况</w:t>
      </w:r>
    </w:p>
    <w:p>
      <w:r>
        <w:t>9.广东省2025年本科表(导)演类统考征集志愿投档情况</w:t>
      </w:r>
    </w:p>
    <w:p>
      <w:pPr>
        <w:pStyle w:val="Heading1"/>
      </w:pPr>
      <w:r>
        <w:t>附件及下载链接</w:t>
      </w:r>
    </w:p>
    <w:p>
      <w:hyperlink r:id="rId13">
        <w:r>
          <w:rPr>
            <w:color w:val="18548A"/>
          </w:rPr>
          <w:t>1.广东省2025年本科普通类（历史）征集志愿投档情况</w:t>
        </w:r>
      </w:hyperlink>
    </w:p>
    <w:p>
      <w:r>
        <w:rPr>
          <w:sz w:val="16"/>
        </w:rPr>
        <w:t>https://eea.gd.gov.cn/attachment/0/586/586641/4750002.pdf</w:t>
      </w:r>
    </w:p>
    <w:p>
      <w:hyperlink r:id="rId14">
        <w:r>
          <w:rPr>
            <w:color w:val="18548A"/>
          </w:rPr>
          <w:t>2.广东省2025年本科普通类（物理）征集志愿投档情况</w:t>
        </w:r>
      </w:hyperlink>
    </w:p>
    <w:p>
      <w:r>
        <w:rPr>
          <w:sz w:val="16"/>
        </w:rPr>
        <w:t>https://eea.gd.gov.cn/attachment/0/586/586642/4750002.pdf</w:t>
      </w:r>
    </w:p>
    <w:p>
      <w:hyperlink r:id="rId15">
        <w:r>
          <w:rPr>
            <w:color w:val="18548A"/>
          </w:rPr>
          <w:t>3.广东省2025年本科体育类征集志愿投档情况</w:t>
        </w:r>
      </w:hyperlink>
    </w:p>
    <w:p>
      <w:r>
        <w:rPr>
          <w:sz w:val="16"/>
        </w:rPr>
        <w:t>https://eea.gd.gov.cn/attachment/0/586/586643/4750002.pdf</w:t>
      </w:r>
    </w:p>
    <w:p>
      <w:hyperlink r:id="rId16">
        <w:r>
          <w:rPr>
            <w:color w:val="18548A"/>
          </w:rPr>
          <w:t>4.广东省2025年本科音乐类统考征集志愿投档情况</w:t>
        </w:r>
      </w:hyperlink>
    </w:p>
    <w:p>
      <w:r>
        <w:rPr>
          <w:sz w:val="16"/>
        </w:rPr>
        <w:t>https://eea.gd.gov.cn/attachment/0/586/586644/4750002.pdf</w:t>
      </w:r>
    </w:p>
    <w:p>
      <w:hyperlink r:id="rId17">
        <w:r>
          <w:rPr>
            <w:color w:val="18548A"/>
          </w:rPr>
          <w:t>5.广东省2025年本科舞蹈类统考征集志愿投档情况</w:t>
        </w:r>
      </w:hyperlink>
    </w:p>
    <w:p>
      <w:r>
        <w:rPr>
          <w:sz w:val="16"/>
        </w:rPr>
        <w:t>https://eea.gd.gov.cn/attachment/0/586/586645/4750002.pdf</w:t>
      </w:r>
    </w:p>
    <w:p>
      <w:hyperlink r:id="rId18">
        <w:r>
          <w:rPr>
            <w:color w:val="18548A"/>
          </w:rPr>
          <w:t>6.广东省2025年本科美术与设计类统考征集志愿投档情况</w:t>
        </w:r>
      </w:hyperlink>
    </w:p>
    <w:p>
      <w:r>
        <w:rPr>
          <w:sz w:val="16"/>
        </w:rPr>
        <w:t>https://eea.gd.gov.cn/attachment/0/586/586646/4750002.pdf</w:t>
      </w:r>
    </w:p>
    <w:p>
      <w:hyperlink r:id="rId19">
        <w:r>
          <w:rPr>
            <w:color w:val="18548A"/>
          </w:rPr>
          <w:t>7.广东省2025年本科书法类统考征集志愿投档情况</w:t>
        </w:r>
      </w:hyperlink>
    </w:p>
    <w:p>
      <w:r>
        <w:rPr>
          <w:sz w:val="16"/>
        </w:rPr>
        <w:t>https://eea.gd.gov.cn/attachment/0/586/586647/4750002.pdf</w:t>
      </w:r>
    </w:p>
    <w:p>
      <w:hyperlink r:id="rId20">
        <w:r>
          <w:rPr>
            <w:color w:val="18548A"/>
          </w:rPr>
          <w:t>8.广东省2025年本科播音与主持类统考征集志愿投档情况</w:t>
        </w:r>
      </w:hyperlink>
    </w:p>
    <w:p>
      <w:r>
        <w:rPr>
          <w:sz w:val="16"/>
        </w:rPr>
        <w:t>https://eea.gd.gov.cn/attachment/0/586/586648/4750002.pdf</w:t>
      </w:r>
    </w:p>
    <w:p>
      <w:hyperlink r:id="rId21">
        <w:r>
          <w:rPr>
            <w:color w:val="18548A"/>
          </w:rPr>
          <w:t>9.广东省2025年本科表(导)演类统考征集志愿投档情况</w:t>
        </w:r>
      </w:hyperlink>
    </w:p>
    <w:p>
      <w:r>
        <w:rPr>
          <w:sz w:val="16"/>
        </w:rPr>
        <w:t>https://eea.gd.gov.cn/attachment/0/586/586649/4750002.pdf</w:t>
      </w:r>
    </w:p>
    <w:p>
      <w:pPr>
        <w:pStyle w:val="Heading1"/>
      </w:pPr>
      <w:r>
        <w:t>正文相关链接</w:t>
      </w:r>
    </w:p>
    <w:p>
      <w:hyperlink r:id="rId22">
        <w:r>
          <w:rPr>
            <w:color w:val="18548A"/>
          </w:rPr>
          <w:t>1.广东省2025年本科普通类（历史）征集志愿投档情况</w:t>
        </w:r>
      </w:hyperlink>
    </w:p>
    <w:p>
      <w:r>
        <w:t>https://eea.gd.gov.cn/attachment/0/586/586641/4750003.pdf</w:t>
      </w:r>
    </w:p>
    <w:p>
      <w:hyperlink r:id="rId23">
        <w:r>
          <w:rPr>
            <w:color w:val="18548A"/>
          </w:rPr>
          <w:t>2.广东省2025年本科普通类（物理）征集志愿投档情况</w:t>
        </w:r>
      </w:hyperlink>
    </w:p>
    <w:p>
      <w:r>
        <w:t>https://eea.gd.gov.cn/attachment/0/586/586642/4750003.pdf</w:t>
      </w:r>
    </w:p>
    <w:p>
      <w:hyperlink r:id="rId24">
        <w:r>
          <w:rPr>
            <w:color w:val="18548A"/>
          </w:rPr>
          <w:t>3.广东省2025年本科体育类征集志愿投档情况</w:t>
        </w:r>
      </w:hyperlink>
    </w:p>
    <w:p>
      <w:r>
        <w:t>https://eea.gd.gov.cn/attachment/0/586/586643/4750003.pdf</w:t>
      </w:r>
    </w:p>
    <w:p>
      <w:hyperlink r:id="rId25">
        <w:r>
          <w:rPr>
            <w:color w:val="18548A"/>
          </w:rPr>
          <w:t>4.广东省2025年本科音乐类统考征集志愿投档情况</w:t>
        </w:r>
      </w:hyperlink>
    </w:p>
    <w:p>
      <w:r>
        <w:t>https://eea.gd.gov.cn/attachment/0/586/586644/4750003.pdf</w:t>
      </w:r>
    </w:p>
    <w:p>
      <w:hyperlink r:id="rId26">
        <w:r>
          <w:rPr>
            <w:color w:val="18548A"/>
          </w:rPr>
          <w:t>5.广东省2025年本科舞蹈类统考征集志愿投档情况</w:t>
        </w:r>
      </w:hyperlink>
    </w:p>
    <w:p>
      <w:r>
        <w:t>https://eea.gd.gov.cn/attachment/0/586/586645/4750003.pdf</w:t>
      </w:r>
    </w:p>
    <w:p>
      <w:hyperlink r:id="rId27">
        <w:r>
          <w:rPr>
            <w:color w:val="18548A"/>
          </w:rPr>
          <w:t>6.广东省2025年本科美术与设计类统考征集志愿投档情况</w:t>
        </w:r>
      </w:hyperlink>
    </w:p>
    <w:p>
      <w:r>
        <w:t>https://eea.gd.gov.cn/attachment/0/586/586646/4750003.pdf</w:t>
      </w:r>
    </w:p>
    <w:p>
      <w:hyperlink r:id="rId28">
        <w:r>
          <w:rPr>
            <w:color w:val="18548A"/>
          </w:rPr>
          <w:t>7.广东省2025年本科书法类统考征集志愿投档情况</w:t>
        </w:r>
      </w:hyperlink>
    </w:p>
    <w:p>
      <w:r>
        <w:t>https://eea.gd.gov.cn/attachment/0/586/586647/4750003.pdf</w:t>
      </w:r>
    </w:p>
    <w:p>
      <w:hyperlink r:id="rId29">
        <w:r>
          <w:rPr>
            <w:color w:val="18548A"/>
          </w:rPr>
          <w:t>8.广东省2025年本科播音与主持类统考征集志愿投档情况</w:t>
        </w:r>
      </w:hyperlink>
    </w:p>
    <w:p>
      <w:r>
        <w:t>https://eea.gd.gov.cn/attachment/0/586/586648/4750003.pdf</w:t>
      </w:r>
    </w:p>
    <w:p>
      <w:hyperlink r:id="rId30">
        <w:r>
          <w:rPr>
            <w:color w:val="18548A"/>
          </w:rPr>
          <w:t>9.广东省2025年本科表(导)演类统考征集志愿投档情况</w:t>
        </w:r>
      </w:hyperlink>
    </w:p>
    <w:p>
      <w:r>
        <w:t>https://eea.gd.gov.cn/attachment/0/586/586649/4750003.pdf</w:t>
      </w:r>
    </w:p>
    <w:p>
      <w:hyperlink r:id="rId31">
        <w:r>
          <w:rPr>
            <w:color w:val="18548A"/>
          </w:rPr>
          <w:t>1.广东省2025年本科普通类（历史）征集志愿投档情况</w:t>
        </w:r>
      </w:hyperlink>
    </w:p>
    <w:p>
      <w:r>
        <w:t>https://eea.gd.gov.cn/attachment/0/586/586641/4750004.pdf</w:t>
      </w:r>
    </w:p>
    <w:p>
      <w:hyperlink r:id="rId32">
        <w:r>
          <w:rPr>
            <w:color w:val="18548A"/>
          </w:rPr>
          <w:t>2.广东省2025年本科普通类（物理）征集志愿投档情况</w:t>
        </w:r>
      </w:hyperlink>
    </w:p>
    <w:p>
      <w:r>
        <w:t>https://eea.gd.gov.cn/attachment/0/586/586642/4750004.pdf</w:t>
      </w:r>
    </w:p>
    <w:p>
      <w:hyperlink r:id="rId33">
        <w:r>
          <w:rPr>
            <w:color w:val="18548A"/>
          </w:rPr>
          <w:t>3.广东省2025年本科体育类征集志愿投档情况</w:t>
        </w:r>
      </w:hyperlink>
    </w:p>
    <w:p>
      <w:r>
        <w:t>https://eea.gd.gov.cn/attachment/0/586/586643/4750004.pdf</w:t>
      </w:r>
    </w:p>
    <w:p>
      <w:hyperlink r:id="rId34">
        <w:r>
          <w:rPr>
            <w:color w:val="18548A"/>
          </w:rPr>
          <w:t>4.广东省2025年本科音乐类统考征集志愿投档情况</w:t>
        </w:r>
      </w:hyperlink>
    </w:p>
    <w:p>
      <w:r>
        <w:t>https://eea.gd.gov.cn/attachment/0/586/586644/4750004.pdf</w:t>
      </w:r>
    </w:p>
    <w:p>
      <w:hyperlink r:id="rId35">
        <w:r>
          <w:rPr>
            <w:color w:val="18548A"/>
          </w:rPr>
          <w:t>5.广东省2025年本科舞蹈类统考征集志愿投档情况</w:t>
        </w:r>
      </w:hyperlink>
    </w:p>
    <w:p>
      <w:r>
        <w:t>https://eea.gd.gov.cn/attachment/0/586/586645/4750004.pdf</w:t>
      </w:r>
    </w:p>
    <w:p>
      <w:hyperlink r:id="rId36">
        <w:r>
          <w:rPr>
            <w:color w:val="18548A"/>
          </w:rPr>
          <w:t>6.广东省2025年本科美术与设计类统考征集志愿投档情况</w:t>
        </w:r>
      </w:hyperlink>
    </w:p>
    <w:p>
      <w:r>
        <w:t>https://eea.gd.gov.cn/attachment/0/586/586646/4750004.pdf</w:t>
      </w:r>
    </w:p>
    <w:p>
      <w:hyperlink r:id="rId37">
        <w:r>
          <w:rPr>
            <w:color w:val="18548A"/>
          </w:rPr>
          <w:t>7.广东省2025年本科书法类统考征集志愿投档情况</w:t>
        </w:r>
      </w:hyperlink>
    </w:p>
    <w:p>
      <w:r>
        <w:t>https://eea.gd.gov.cn/attachment/0/586/586647/4750004.pdf</w:t>
      </w:r>
    </w:p>
    <w:p>
      <w:hyperlink r:id="rId38">
        <w:r>
          <w:rPr>
            <w:color w:val="18548A"/>
          </w:rPr>
          <w:t>8.广东省2025年本科播音与主持类统考征集志愿投档情况</w:t>
        </w:r>
      </w:hyperlink>
    </w:p>
    <w:p>
      <w:r>
        <w:t>https://eea.gd.gov.cn/attachment/0/586/586648/4750004.pdf</w:t>
      </w:r>
    </w:p>
    <w:p>
      <w:hyperlink r:id="rId39">
        <w:r>
          <w:rPr>
            <w:color w:val="18548A"/>
          </w:rPr>
          <w:t>9.广东省2025年本科表(导)演类统考征集志愿投档情况</w:t>
        </w:r>
      </w:hyperlink>
    </w:p>
    <w:p>
      <w:r>
        <w:t>https://eea.gd.gov.cn/attachment/0/586/586649/4750004.pdf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ptgk/content/post_4750002.html" TargetMode="External"/><Relationship Id="rId11" Type="http://schemas.openxmlformats.org/officeDocument/2006/relationships/hyperlink" Target="https://eea.gd.gov.cn/news/content/post_4750003.html" TargetMode="External"/><Relationship Id="rId12" Type="http://schemas.openxmlformats.org/officeDocument/2006/relationships/hyperlink" Target="https://eea.gd.gov.cn/zwgk/sjfb/tjsj/content/post_4750004.html" TargetMode="External"/><Relationship Id="rId13" Type="http://schemas.openxmlformats.org/officeDocument/2006/relationships/hyperlink" Target="https://eea.gd.gov.cn/attachment/0/586/586641/4750002.pdf" TargetMode="External"/><Relationship Id="rId14" Type="http://schemas.openxmlformats.org/officeDocument/2006/relationships/hyperlink" Target="https://eea.gd.gov.cn/attachment/0/586/586642/4750002.pdf" TargetMode="External"/><Relationship Id="rId15" Type="http://schemas.openxmlformats.org/officeDocument/2006/relationships/hyperlink" Target="https://eea.gd.gov.cn/attachment/0/586/586643/4750002.pdf" TargetMode="External"/><Relationship Id="rId16" Type="http://schemas.openxmlformats.org/officeDocument/2006/relationships/hyperlink" Target="https://eea.gd.gov.cn/attachment/0/586/586644/4750002.pdf" TargetMode="External"/><Relationship Id="rId17" Type="http://schemas.openxmlformats.org/officeDocument/2006/relationships/hyperlink" Target="https://eea.gd.gov.cn/attachment/0/586/586645/4750002.pdf" TargetMode="External"/><Relationship Id="rId18" Type="http://schemas.openxmlformats.org/officeDocument/2006/relationships/hyperlink" Target="https://eea.gd.gov.cn/attachment/0/586/586646/4750002.pdf" TargetMode="External"/><Relationship Id="rId19" Type="http://schemas.openxmlformats.org/officeDocument/2006/relationships/hyperlink" Target="https://eea.gd.gov.cn/attachment/0/586/586647/4750002.pdf" TargetMode="External"/><Relationship Id="rId20" Type="http://schemas.openxmlformats.org/officeDocument/2006/relationships/hyperlink" Target="https://eea.gd.gov.cn/attachment/0/586/586648/4750002.pdf" TargetMode="External"/><Relationship Id="rId21" Type="http://schemas.openxmlformats.org/officeDocument/2006/relationships/hyperlink" Target="https://eea.gd.gov.cn/attachment/0/586/586649/4750002.pdf" TargetMode="External"/><Relationship Id="rId22" Type="http://schemas.openxmlformats.org/officeDocument/2006/relationships/hyperlink" Target="https://eea.gd.gov.cn/attachment/0/586/586641/4750003.pdf" TargetMode="External"/><Relationship Id="rId23" Type="http://schemas.openxmlformats.org/officeDocument/2006/relationships/hyperlink" Target="https://eea.gd.gov.cn/attachment/0/586/586642/4750003.pdf" TargetMode="External"/><Relationship Id="rId24" Type="http://schemas.openxmlformats.org/officeDocument/2006/relationships/hyperlink" Target="https://eea.gd.gov.cn/attachment/0/586/586643/4750003.pdf" TargetMode="External"/><Relationship Id="rId25" Type="http://schemas.openxmlformats.org/officeDocument/2006/relationships/hyperlink" Target="https://eea.gd.gov.cn/attachment/0/586/586644/4750003.pdf" TargetMode="External"/><Relationship Id="rId26" Type="http://schemas.openxmlformats.org/officeDocument/2006/relationships/hyperlink" Target="https://eea.gd.gov.cn/attachment/0/586/586645/4750003.pdf" TargetMode="External"/><Relationship Id="rId27" Type="http://schemas.openxmlformats.org/officeDocument/2006/relationships/hyperlink" Target="https://eea.gd.gov.cn/attachment/0/586/586646/4750003.pdf" TargetMode="External"/><Relationship Id="rId28" Type="http://schemas.openxmlformats.org/officeDocument/2006/relationships/hyperlink" Target="https://eea.gd.gov.cn/attachment/0/586/586647/4750003.pdf" TargetMode="External"/><Relationship Id="rId29" Type="http://schemas.openxmlformats.org/officeDocument/2006/relationships/hyperlink" Target="https://eea.gd.gov.cn/attachment/0/586/586648/4750003.pdf" TargetMode="External"/><Relationship Id="rId30" Type="http://schemas.openxmlformats.org/officeDocument/2006/relationships/hyperlink" Target="https://eea.gd.gov.cn/attachment/0/586/586649/4750003.pdf" TargetMode="External"/><Relationship Id="rId31" Type="http://schemas.openxmlformats.org/officeDocument/2006/relationships/hyperlink" Target="https://eea.gd.gov.cn/attachment/0/586/586641/4750004.pdf" TargetMode="External"/><Relationship Id="rId32" Type="http://schemas.openxmlformats.org/officeDocument/2006/relationships/hyperlink" Target="https://eea.gd.gov.cn/attachment/0/586/586642/4750004.pdf" TargetMode="External"/><Relationship Id="rId33" Type="http://schemas.openxmlformats.org/officeDocument/2006/relationships/hyperlink" Target="https://eea.gd.gov.cn/attachment/0/586/586643/4750004.pdf" TargetMode="External"/><Relationship Id="rId34" Type="http://schemas.openxmlformats.org/officeDocument/2006/relationships/hyperlink" Target="https://eea.gd.gov.cn/attachment/0/586/586644/4750004.pdf" TargetMode="External"/><Relationship Id="rId35" Type="http://schemas.openxmlformats.org/officeDocument/2006/relationships/hyperlink" Target="https://eea.gd.gov.cn/attachment/0/586/586645/4750004.pdf" TargetMode="External"/><Relationship Id="rId36" Type="http://schemas.openxmlformats.org/officeDocument/2006/relationships/hyperlink" Target="https://eea.gd.gov.cn/attachment/0/586/586646/4750004.pdf" TargetMode="External"/><Relationship Id="rId37" Type="http://schemas.openxmlformats.org/officeDocument/2006/relationships/hyperlink" Target="https://eea.gd.gov.cn/attachment/0/586/586647/4750004.pdf" TargetMode="External"/><Relationship Id="rId38" Type="http://schemas.openxmlformats.org/officeDocument/2006/relationships/hyperlink" Target="https://eea.gd.gov.cn/attachment/0/586/586648/4750004.pdf" TargetMode="External"/><Relationship Id="rId39" Type="http://schemas.openxmlformats.org/officeDocument/2006/relationships/hyperlink" Target="https://eea.gd.gov.cn/attachment/0/586/586649/4750004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