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关于广东省2024年普通高等学校招收中等职业学校毕业生统一考试时间安排的通知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2023-10-31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https://eea.gd.gov.cn/ptgk/content/post_4274861.html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https://eea.gd.gov.cn/tzgg/content/post_4274989.html</w:t>
        </w:r>
      </w:hyperlink>
    </w:p>
    <w:p/>
    <w:p>
      <w:r>
        <w:t>各地级以上市招生办公室（考试中心、考试院）、各省属中等职业学校：</w:t>
      </w:r>
    </w:p>
    <w:p>
      <w:r>
        <w:t>经研究，我省2024年普通高等学校招收中等职业学校毕业生统一考试（简称“3+证书”考试）定于2024年1月13日至14日举行，具体考试科目时间安排如下：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日期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考试科目及时间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AEFF4"/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上午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下午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1月13日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语文（8:30－11:00）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数学（15:00－17:00）</w:t>
            </w:r>
          </w:p>
        </w:tc>
      </w:tr>
      <w:tr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1月14日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  <w:t>英语（8:30－10:30）</w:t>
            </w:r>
          </w:p>
        </w:tc>
        <w:tc>
          <w:tcPr>
            <w:tcW w:type="dxa" w:w="33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rFonts w:ascii="宋体" w:hAnsi="宋体" w:eastAsia="宋体"/>
                <w:sz w:val="18"/>
              </w:rPr>
            </w:r>
          </w:p>
        </w:tc>
      </w:tr>
    </w:tbl>
    <w:p/>
    <w:p>
      <w:r>
        <w:t>请各地及时通知相关中等职业学校及考生，并做好考试工作安排。</w:t>
      </w:r>
    </w:p>
    <w:p>
      <w:r>
        <w:t>广东省教育考试院</w:t>
      </w:r>
    </w:p>
    <w:p>
      <w:r>
        <w:t>2023年10月31日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274861.html" TargetMode="External"/><Relationship Id="rId11" Type="http://schemas.openxmlformats.org/officeDocument/2006/relationships/hyperlink" Target="https://eea.gd.gov.cn/tzgg/content/post_4274989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