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新中考报考及考务管理系统升级服务项目（项目编号：1371-2040GHSZ1260）招标公告</w:t>
      </w:r>
    </w:p>
    <w:p>
      <w:r>
        <w:rPr>
          <w:sz w:val="18"/>
        </w:rPr>
        <w:t>整理归属  深圳市招生考试办公室</w:t>
      </w:r>
    </w:p>
    <w:p>
      <w:r>
        <w:rPr>
          <w:sz w:val="18"/>
        </w:rPr>
        <w:t>发布日期  2020-11-11</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https://szeb.sz.gov.cn/szzkw/qtxx/content/post_8948946.html</w:t>
        </w:r>
      </w:hyperlink>
    </w:p>
    <w:p/>
    <w:p>
      <w:r>
        <w:t>新中考报考及考务管理系统升级服务项目的潜在投标人应在广东国和采购咨询有限公司（深圳市南山区科技南路18号深圳湾科技生态园12栋A座裙楼04层11A号）获取本项目的招标文件，并于2020年11月19日9点30分（北京时间）前递交投标文件。</w:t>
      </w:r>
    </w:p>
    <w:p>
      <w:r>
        <w:t>一、项目基本情况</w:t>
      </w:r>
    </w:p>
    <w:p>
      <w:r>
        <w:t>1．项目编号：1371-2040GHSZ1260</w:t>
      </w:r>
    </w:p>
    <w:p>
      <w:r>
        <w:t>2．项目名称：新中考报考及考务管理系统升级服务项目</w:t>
      </w:r>
    </w:p>
    <w:p>
      <w:r>
        <w:t>3．预算金额：人民币70万元</w:t>
      </w:r>
    </w:p>
    <w:p>
      <w:r>
        <w:t>4．最高限价（如有）：人民币70万元</w:t>
      </w:r>
    </w:p>
    <w:p>
      <w:r>
        <w:t>5．采购需求：</w:t>
      </w:r>
    </w:p>
    <w:p>
      <w:r>
        <w:t>(1)标的名称：新中考报考及考务管理系统升级服务。</w:t>
      </w:r>
    </w:p>
    <w:p>
      <w:r>
        <w:t>(2)标的数量：1项。</w:t>
      </w:r>
    </w:p>
    <w:p>
      <w:r>
        <w:t>(3)简要技术需求或服务要求：新中考报考及考务管理系统升级服务。详细内容请参阅招标文件第二章《采购项目内容》。</w:t>
      </w:r>
    </w:p>
    <w:p>
      <w:r>
        <w:t>(4)其他：/</w:t>
      </w:r>
    </w:p>
    <w:p>
      <w:r>
        <w:t>6．合同履行期限：详见招标文件。</w:t>
      </w:r>
    </w:p>
    <w:p>
      <w:r>
        <w:t>7．本项目不接受联合体投标。</w:t>
      </w:r>
    </w:p>
    <w:p>
      <w:r>
        <w:t>二、申请人的资格要求</w:t>
      </w:r>
    </w:p>
    <w:p>
      <w:r>
        <w:t>1.满足《中华人民共和国政府采购法》第二十二条规定，具体如下：</w:t>
      </w:r>
    </w:p>
    <w:p>
      <w:r>
        <w:t>(1)具有独立承担民事责任能力的在中华人民共和国境内登记注册的法人或其他组织营业执照（或单位登记证书等相关证明材料）；</w:t>
      </w:r>
    </w:p>
    <w:p>
      <w:r>
        <w:t>(2) 2019年财务状况报告或银行出具的资信证明材料；</w:t>
      </w:r>
    </w:p>
    <w:p>
      <w:r>
        <w:t>(3)至投标截止之日前12个月以内任意一个月依法缴纳税收相关证明材料；如依法免税的，应提供相应文件证明其依法免税；</w:t>
      </w:r>
    </w:p>
    <w:p>
      <w:r>
        <w:t>(4)至投标截止之日前12个月以内任意一个月社会保障资金的相关证明材料；如依法不需要缴纳社会保障资金的，应提供相应文件证明其依法不需要缴纳社会保障资金；</w:t>
      </w:r>
    </w:p>
    <w:p>
      <w:r>
        <w:t>(5)提供具有履行合同所必需的设备和专业技术能力的书面声明；</w:t>
      </w:r>
    </w:p>
    <w:p>
      <w:r>
        <w:t>(6)参加政府采购活动前3年内在经营活动中没有重大违法记录的书面声明。</w:t>
      </w:r>
    </w:p>
    <w:p>
      <w:r>
        <w:t>（以上内容，由投标人在投标文件中提供营业执照（或单位登记证书等相关证明材料）及签署《政府采购投标及履约承诺函》）</w:t>
      </w:r>
    </w:p>
    <w:p>
      <w:r>
        <w:t>2.落实政府采购政策需满足的资格要求：详见招标文件。</w:t>
      </w:r>
    </w:p>
    <w:p>
      <w:r>
        <w:t>3.本项目的特定资格要求：</w:t>
      </w:r>
    </w:p>
    <w:p>
      <w:r>
        <w:t>(1)投标人必须是已注册的深圳市网上政府采购供应商（供应商注册网址：http://cgzx.sz.gov.cn，由采购代理机构进行集中查询，投标文件中无需提供证明材料；采购代理机构将在开标当天从供应商资料库里查询本项目所有投标人的注册状态，投标人注册状态无效的，将按资格不符合招标文件要求，作资格审查不通过处理）；</w:t>
      </w:r>
    </w:p>
    <w:p>
      <w:r>
        <w:t>(2)参加投标的供应商未被列入记录“失信被执行人或重大税收违法案件当事人名单或政府采购严重违法失信行为”记录名单；不处于“政府采购严重违法失信行为信息记录”中的禁止参加政府采购活动期间。（以采购人或采购代理投标截止日“信用中国”网站（www.creditchina.gov.cn）、中国政府采购网（www.ccgp.gov.cn）、深圳市政府采购监督管理网（zfcg.sz.gov.cn）、深圳信用网（www.szcredit.org.cn）等渠道查询结果为准，如相关失信记录已失效，供应商需提供相关证明资料）；</w:t>
      </w:r>
    </w:p>
    <w:p>
      <w:r>
        <w:t>(3)投标人投标文件中必须签署《政府采购投标及履约承诺函》；</w:t>
      </w:r>
    </w:p>
    <w:p>
      <w:r>
        <w:t>(4)本项目不接受联合体投标，不允许转包、分包；</w:t>
      </w:r>
    </w:p>
    <w:p>
      <w:r>
        <w:t>(5)已购买本项目招标文件。</w:t>
      </w:r>
    </w:p>
    <w:p>
      <w:r>
        <w:t>三、获取招标文件</w:t>
      </w:r>
    </w:p>
    <w:p>
      <w:r>
        <w:t>时间：2020年11月11日至2020年11月18日（提供期限自本公告发布之日起不得少于5个工作日），每天上午09:00至12:00，下午14:30至17:30 （北京时间，法定节假日除外）。</w:t>
      </w:r>
    </w:p>
    <w:p>
      <w:r>
        <w:t>地点：广东国和采购咨询有限公司（详细地址：深圳市南山区科技南路18号深圳湾科技生态园12栋A座裙楼04层11A号，建议采用电汇或微信支付。）</w:t>
      </w:r>
    </w:p>
    <w:p>
      <w:r>
        <w:t>方式：1、现场报名；2、邮件报名：（邮箱：ghzxsz@163.com）。</w:t>
      </w:r>
    </w:p>
    <w:p>
      <w:r>
        <w:t>售价：500元/套，售后不退。</w:t>
      </w:r>
    </w:p>
    <w:p>
      <w:r>
        <w:t>四、提交投标文件截止时间、开标时间和地点</w:t>
      </w:r>
    </w:p>
    <w:p>
      <w:r>
        <w:t>提交投标文件截止时间、开标时间：2020年11月19日9点30分（北京时间）</w:t>
      </w:r>
    </w:p>
    <w:p>
      <w:r>
        <w:t>地点：广东国和采购咨询有限公司（深圳市南山区科技南路18号深圳湾科技生态园12栋A座裙楼04层11A号）</w:t>
      </w:r>
    </w:p>
    <w:p>
      <w:r>
        <w:t>五、公告期限</w:t>
      </w:r>
    </w:p>
    <w:p>
      <w:r>
        <w:t>自本公告发布之日起5个工作日。自2020年11月11日至2020年11月18日止。</w:t>
      </w:r>
    </w:p>
    <w:p>
      <w:r>
        <w:t>六、其他补充事宜</w:t>
      </w:r>
    </w:p>
    <w:p>
      <w:r>
        <w:t>1.投标人购买招标文件时，需提供以下资料：</w:t>
      </w:r>
    </w:p>
    <w:p>
      <w:r>
        <w:t>(1)营业执照（或单位登记证书等）复印件；</w:t>
      </w:r>
    </w:p>
    <w:p>
      <w:r>
        <w:t>(2)法定代表人证明书及授权委托书，附上法定代表人身份证复印件及授权代表身份证复印件；</w:t>
      </w:r>
    </w:p>
    <w:p>
      <w:r>
        <w:t>(3)《购买文件登记表》。</w:t>
      </w:r>
    </w:p>
    <w:p>
      <w:r>
        <w:t>2.为了提高工作效率，供应商可先到采购代理机构网站（http://www.zgguohe.com）下载中心免费下载《购买文件登记表及账户信息（深圳）》及《法定代表人证明书及授权委托书》。</w:t>
      </w:r>
    </w:p>
    <w:p>
      <w:r>
        <w:t>3.如需邮购，建议通过“电汇转账”或“微信扫码支付”等非现场方式购买招标文件。投标人在完成支付后，需将上述购买文件所需资料及支付凭证（电汇底单或微信支付界面截图）扫描发送到采购代理机构，并与采购代理机构相关人员确认。微信二维码详见《购买文件登记表及账户信息（深圳）》。</w:t>
      </w:r>
    </w:p>
    <w:p>
      <w:r>
        <w:t>4.购买招标文件开户行名称及账号</w:t>
      </w:r>
    </w:p>
    <w:p>
      <w:r>
        <w:t>(1)开户银行：工行深圳高新园支行</w:t>
      </w:r>
    </w:p>
    <w:p>
      <w:r>
        <w:t>(2)账户名称：广东国和采购咨询有限公司</w:t>
      </w:r>
    </w:p>
    <w:p>
      <w:r>
        <w:t>(3)账  号：4000091919100467041</w:t>
      </w:r>
    </w:p>
    <w:p>
      <w:r>
        <w:t>(4)采购代理机构只接受以投标人名义的汇款，不接受个人的汇款及其它款项。</w:t>
      </w:r>
    </w:p>
    <w:p>
      <w:r>
        <w:t>5.已成功购买招标文件的投标人参加投标的，不代表通过资格性审查。</w:t>
      </w:r>
    </w:p>
    <w:p>
      <w:r>
        <w:t>七、对本次招标提出询问，请按以下方式联系</w:t>
      </w:r>
    </w:p>
    <w:p>
      <w:r>
        <w:t>1.采购人信息</w:t>
      </w:r>
    </w:p>
    <w:p>
      <w:r>
        <w:t>名　称：深圳市招生考试办公室</w:t>
      </w:r>
    </w:p>
    <w:p>
      <w:r>
        <w:t>地　址：深圳市罗湖区坭岗西路1068号</w:t>
      </w:r>
    </w:p>
    <w:p>
      <w:r>
        <w:t>联系方式：成老师 0755-82176753</w:t>
      </w:r>
    </w:p>
    <w:p>
      <w:r>
        <w:t>2.采购代理机构信息</w:t>
      </w:r>
    </w:p>
    <w:p>
      <w:r>
        <w:t>名　称：广东国和采购咨询有限公司</w:t>
      </w:r>
    </w:p>
    <w:p>
      <w:r>
        <w:t>地　址：深圳市南山区科技南路18号深圳湾科技生态园12栋A座裙楼04层11A号</w:t>
      </w:r>
    </w:p>
    <w:p>
      <w:r>
        <w:t>联系方式：李小姐、王小姐 0755-33203878</w:t>
      </w:r>
    </w:p>
    <w:p>
      <w:r>
        <w:t>3.项目联系方式</w:t>
      </w:r>
    </w:p>
    <w:p>
      <w:r>
        <w:t>项目联系人：李小姐、王小姐</w:t>
      </w:r>
    </w:p>
    <w:p>
      <w:r>
        <w:t>电　话：0755-33203878</w:t>
      </w:r>
    </w:p>
    <w:p>
      <w:r>
        <w:t>广东国和采购咨询有限公司</w:t>
      </w:r>
    </w:p>
    <w:p>
      <w:r>
        <w:t>2020年11月11日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4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