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关于2022年10月（22日-25日）自学考试疫情防控要求的补充通知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2022-10-19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https://szeb.sz.gov.cn/szzkw/zkgg/zkxx1/content/post_10179388.html</w:t>
        </w:r>
      </w:hyperlink>
    </w:p>
    <w:p/>
    <w:p>
      <w:r>
        <w:t>各有关考生：</w:t>
      </w:r>
    </w:p>
    <w:p>
      <w:r>
        <w:t>2022年10月自学考试及4月自学考试全国统考课程延期考试将于10月22日至25日举行。根据目前我市疫情防控形势，经与市卫健部门研判，为确保广大考生身体健康和生命安全，现将本次考试疫情防控要求补充通知如下：</w:t>
      </w:r>
    </w:p>
    <w:p>
      <w:r>
        <w:t>一、所有考生考前（本人准考证上显示的考试日期）完成核酸检测“三天三检”（每日一检），且核酸检测结果为阴性才能参加考试。请广大考生予以理解与支持，并按要求配合做好核酸检测，以便顺利赴考。</w:t>
      </w:r>
    </w:p>
    <w:p>
      <w:r>
        <w:t>二、每场考试，考生凭本人粤康码绿码、24小时核酸检测阴性证明、考前连续3天核酸检测记录、考生健康信息申报表入场考试。</w:t>
      </w:r>
    </w:p>
    <w:p>
      <w:r>
        <w:t>本次考试疫情防控其他要求按照《深圳市2022年10月（22日-25日）自学考试疫情防控考生须知》执行。</w:t>
      </w:r>
    </w:p>
    <w:p>
      <w:r>
        <w:t>深圳市校园疫情防控工作专班</w:t>
      </w:r>
    </w:p>
    <w:p>
      <w:r>
        <w:t>2022年10月19日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1017938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