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2021年上半年(第60次)全国计算机等级考试成绩公布啦！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2021-05-13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https://szeb.sz.gov.cn/szzkw/zkgg/skxx/content/post_8946788.html</w:t>
        </w:r>
      </w:hyperlink>
    </w:p>
    <w:p/>
    <w:p>
      <w:r>
        <w:t>2021年上半年（第60次）全国计算机等级考试成绩于5月12日发布。考生可通过以下方式查询成绩：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三、登录广东教育考试服务网（http://www.eesc.com.cn/）查询。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考试中心已开通证书直邮服务，考生可登录中国教育考试网（http://www.neea.edu.cn/）进行申请。考生如需补办合格证明，可登录中国教育考试网（http://www.neea.edu.cn/），按有关指引申请补办，补办的合格证明由教育部考试中心直接寄给申请人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7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