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关于我省2020年10月高等教育自学考试汽车服务工程专业考试课程调整的通知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2020-08-25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https://szeb.sz.gov.cn/szzkw/zkgg/zkxx1/content/post_8949654.html</w:t>
        </w:r>
      </w:hyperlink>
    </w:p>
    <w:p/>
    <w:p>
      <w:r>
        <w:t>各有关考生：</w:t>
      </w:r>
    </w:p>
    <w:p>
      <w:r>
        <w:t>接省考试院通知，我省2020年10月高等教育自学考试汽车服务工程专业（本科，专业代码：080208）考试课程安排作如下调整：</w:t>
      </w:r>
    </w:p>
    <w:p>
      <w:r>
        <w:t>10月17日上午增加机械测试技术（课程代码：01832）。</w:t>
      </w:r>
    </w:p>
    <w:p>
      <w:r>
        <w:t>10月18日上午增加汽车安全检测技术（课程代码：08518）。</w:t>
      </w:r>
    </w:p>
    <w:p>
      <w:r>
        <w:t>10月18日下午增加汽车运用工程（课程代码：06898）。</w:t>
      </w:r>
    </w:p>
    <w:p>
      <w:r>
        <w:t>特此通知。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65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