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关于启用2020年版《全国各类成人高等学校招生复习考试大纲》的通知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2021-04-16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成考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https://szeb.sz.gov.cn/szzkw/zkgg/ckxx/content/post_8945970.html</w:t>
        </w:r>
      </w:hyperlink>
    </w:p>
    <w:p/>
    <w:p>
      <w:r>
        <w:t>根据教育部考试中心《关于启用2020年版〈全国各类成人高等学校招生复习考试大纲〉的通知》（教试中心函【2021】30号）要求，修订后的复习考试大纲为2020年版，自2021年起启用。高中起点升本、专科的1册，由人民教育出版社和高等教育出版社共同出版发行；专科起点升本科的复习考试大纲按专业分为5册，由高等教育出版社出版发行。请按照新大纲要求进行复习。</w:t>
      </w:r>
    </w:p>
    <w:p>
      <w:r>
        <w:t>特此通知。</w:t>
      </w:r>
    </w:p>
    <w:p>
      <w:r>
        <w:t>来源 : 广东省教育考试院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ckxx/content/post_894597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