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2024年上半年全国英语等级考试即将开考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https://szeb.sz.gov.cn/szzkw/zkgg/skxx/content/post_11209903.html</w:t>
        </w:r>
      </w:hyperlink>
    </w:p>
    <w:p/>
    <w:p>
      <w:r>
        <w:t>我市2024年上半年全国英语等级考试将于3月30日至31日举行，在5个区共设10个考点。为确保考试工作顺利实施，现就考生应考有关注意事项提醒如下：</w:t>
      </w:r>
    </w:p>
    <w:p>
      <w:r>
        <w:t>一、考前准备</w:t>
      </w:r>
    </w:p>
    <w:p>
      <w:r>
        <w:t>（一）提前备好“双证”。考生必须携带准考证和有效身份证件入场，证件不齐者不得参加考试，电子身份证不作为考试入场有效证件使用。有效身份证件包括：居民身份证(含临时身份证)、港澳居民来往内地通行证、台湾居民来往大陆通行证、护照、港澳台居民居住证。</w:t>
      </w:r>
    </w:p>
    <w:p>
      <w:r>
        <w:t>（二）认真阅读考试须知。考生可于3月20日起，登录中国教育考试网(https://pets.neea.edu.cn)打印准考证，请按照准考证上的考试须知做好相应赴考准备。提前熟悉考点、考场位置，以免考试当天走错考点、考场，错过考试时间。考点不提供停车位，请考生绿色出行。</w:t>
      </w:r>
    </w:p>
    <w:p>
      <w:r>
        <w:t>（三）规范携带考试用品。考生进入考场只准携带必要的文具，如铅笔(涂黑答题卡用)、黑色字迹签字笔、橡皮。禁止携带任何书籍、笔记、资料、报刊、草稿纸以及手机、智能手表、智能手环等具有信息发送和接收功能的电子设备进入考场。</w:t>
      </w:r>
    </w:p>
    <w:p>
      <w:r>
        <w:t>二、遵规守纪</w:t>
      </w:r>
    </w:p>
    <w:p>
      <w:r>
        <w:t>（一）准时参加考试。考生应听从考点考试工作人员指挥，配合做好各项入场检查，按规定时间入场。</w:t>
      </w:r>
    </w:p>
    <w:p>
      <w:r>
        <w:t>笔试上午8：45后禁止迟到考生进入考场，考生不得提前交卷。考试过程中未经监考人员许可，不得擅自离开考场。</w:t>
      </w:r>
    </w:p>
    <w:p>
      <w:r>
        <w:t>口语考试上午9：00后、下午2：00后禁止考生进入口试候考室。口试考试期间，考生在考点内的行进路线：“候考室→考场→考点外”，考生一旦离开候考室、考场后，不得以任何理由返回。</w:t>
      </w:r>
    </w:p>
    <w:p>
      <w:r>
        <w:t>（二）严守考试纪律。考试过程中如有以下违纪行为：答题卡中姓名、准考证号漏涂、错涂或字迹不清无法辨认的；PETS-1、2、3级笔试考试中，未将试题册封面条形码粘贴至答题卡上规定位置，以及错贴、漏贴、损毁条形码等情况的，将取消其所报考的当次考试成绩（笔试和口试）。</w:t>
      </w:r>
    </w:p>
    <w:p>
      <w:r>
        <w:t>考试过程中如有《国家教育考试违规处理办法（33号令）》中认定的考试违规（作弊）行为，取消其所报考的当次考试成绩（笔试和口试），并连续两次禁止其报考全国英语等级考试。</w:t>
      </w:r>
    </w:p>
    <w:p>
      <w:r>
        <w:drawing>
          <wp:inline xmlns:a="http://schemas.openxmlformats.org/drawingml/2006/main" xmlns:pic="http://schemas.openxmlformats.org/drawingml/2006/picture">
            <wp:extent cx="6400800" cy="78772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0445f37f30181520c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7722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20990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