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关于2020年1月自学考试成绩公布的预告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2020-02-14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https://szeb.sz.gov.cn/szzkw/zkgg/zkxx1/content/post_8949695.html</w:t>
        </w:r>
      </w:hyperlink>
    </w:p>
    <w:p/>
    <w:p>
      <w:r>
        <w:t>各有关考生：</w:t>
      </w:r>
    </w:p>
    <w:p>
      <w:r>
        <w:t>接广东省自学考试办公室通知，我省2020年1月自学考试成绩预计在3月上旬公布（2020年4月自学考试报考开始前）。我市也将在深圳招考网（网址http://zkb.sz.gov.cn/）公布成绩，请考生留意相关通知。</w:t>
      </w:r>
    </w:p>
    <w:p>
      <w:r>
        <w:t>深圳市招生考试办公室</w:t>
      </w:r>
    </w:p>
    <w:p>
      <w:r>
        <w:t>2020年2月13日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