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广东省2018年成人高考报名将于9月1日开始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2018-08-29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https://szeb.sz.gov.cn/szzkw/zkgg/ckxx/content/post_8946005.html</w:t>
        </w:r>
      </w:hyperlink>
    </w:p>
    <w:p/>
    <w:p>
      <w:r>
        <w:t>2018年广东省成人高考报名即将开始，今年的成人高考分网上报名和现场信息确认两个阶段。网上报名时间：9月1日-9月5日，现场信息确认时间：9月6日-9月10日。考生须在9月1日-9月5日自行上网登录广东省教育考试院成人高考报名网址（http://www.ecogd.edu.cn/cr）进行网上报名和网上缴费。报名前，考生须仔细阅读考生须知，了解报名流程、考试要求、招生院校及专业（不含专业计划数）和注意事项，阅读并签订《广东省2018年成人高校招生统一考试诚信考试承诺书》。考生进入报名页面填写报考的基本信息、采集相片、绑定手机号、选择现场确认的报名点，核对信息无误后，须在网上按操作流程交纳费用，报考费一旦交纳无法退还，请考生务必确认自己是否符合报考条件。考生在网上报名和缴费后，须在规定的时间内（9月6日-9月10日）到所选的报名点办理正式确认手续，确认报名资格，包括校对信息、指纹采集、学历验证等。考生报名信息一经签名确认，所有信息任何人不得更改。</w:t>
      </w:r>
    </w:p>
    <w:p>
      <w:r>
        <w:t>此外，为进一步深化我市学习型社会建设，提高我市公共服务水平，我市在各区已完成了报名点设置，给广大社会考生提供需求。各报名点均可进行高升专、专升本的报考,南山区报名点可进行高升专、高升本、专升本的报考。考生可根据自身的情况进行选择。</w:t>
      </w:r>
    </w:p>
    <w:p>
      <w:r>
        <w:t>由于现场确认时间较紧，确认报名现场人员较为集中，考生在现场确认报名时，需听从工作人员的指示，安全、有序地完成各项报名手续，考生须如实提交个人有关真实材料严禁通过弄虚作假骗取报名资格，一旦发现，将取消报名和考试资格。</w:t>
      </w:r>
    </w:p>
    <w:p>
      <w:r>
        <w:t>为了使考生更加顺利地完成报名程序，有关报考的注意事项如下：</w:t>
      </w:r>
    </w:p>
    <w:p>
      <w:r>
        <w:t>一、考生填写网上报名信息后，须在网上按操作流程采集并上传相片、绑定手机号，并交纳报考费。相片上传不成功的考生，可以到报名确认现场进行补摄像。每名考生须绑定一个手机号，作为接收考试成绩、录取结果等信息和志愿信息确认的工具，考生务必确保绑定本人手机。绑定非本人手机，造成的一切后果由考生本人承担。一个手机号只能用于一个考生绑定。未交纳报考费的人员不予报考，不编排考场。</w:t>
      </w:r>
    </w:p>
    <w:p>
      <w:r>
        <w:t>二、考生如果只进行了网上报名，而未在规定时间内到报名点确认，则报名无效，不能参加成人高校招生考试和录取。在网上报名期间和修改信息期间，考生网上填写的报名信息和志愿信息可以自行修改，报考类别在不增加考试科目的情况下可修改，但现场信息确认后一律不准修改。考生在网上报名时须认真填报有关信息，在现场信息确认时务必对个人信息及志愿信息进行最后的核对，保证所填信息完整无误。</w:t>
      </w:r>
    </w:p>
    <w:p>
      <w:r>
        <w:t>三、报考专升本的考生在网上报名时须在“专科学籍查验”模块中进行在线学历学籍验证，查验不通过的不予报考。若专科学历验证结果为“不通过”，考生需前往学信网（https://www.chsi.com.cn/xlrz/index.jsp）网上申请专科学历认证（学历验证所需时间约30天，请考生提前做好准备），并凭其出具的学历认证报告于10月15日前向各区教育行政部门提交验证结果，未能按时提交报告的考生，将不予发放准考证，不安排考试申请专科学历验证的考生也需要在规定的时间（9月6日-9月10日）内，到报名点校对信息、指纹采集等。</w:t>
      </w:r>
    </w:p>
    <w:p>
      <w:r>
        <w:t>四、考生前往现场确认信息时，需携带居民身份证（现役军人凭《军官证》或《士兵证》）原件和复印件(无身份证者凭附有照片及身份证号码的公安派出所户籍证明，现役军人需由政治部出具介绍信)。相关学历证明的原件及复印件。非深圳户籍考生报名时还需提供深圳市发放的居住证或社保卡、医保卡等有关证明在深圳工作生活的材料。</w:t>
      </w:r>
    </w:p>
    <w:p>
      <w:r>
        <w:t>五、符合免试和录取加分条件的考生也务必带齐相关的证明材料。未能在报名确认结束前补充提交相关材料的，视为放弃享受照顾加分政策。报名结束后一律不再受理加分、免试申请。</w:t>
      </w:r>
    </w:p>
    <w:p>
      <w:r>
        <w:t>六、高升专和专升本的考试费用均为111元（每科37元）、高升本考试费共148元（每科37元）。各位考生要特别注意，成人高考缴费在网上报名系统直接支付，确认现场不接受现金支付，报考费一旦交纳无法退还。</w:t>
      </w:r>
    </w:p>
    <w:p>
      <w:r>
        <w:drawing>
          <wp:inline xmlns:a="http://schemas.openxmlformats.org/drawingml/2006/main" xmlns:pic="http://schemas.openxmlformats.org/drawingml/2006/picture">
            <wp:extent cx="6400800" cy="78723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dd28b1cd9fdb6cdde7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723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59995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75ef22999abee1697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9995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600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