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关于公布2021年广东省自学考试开考课程考试时间安排的通知</w:t>
      </w:r>
    </w:p>
    <w:p>
      <w:r>
        <w:rPr>
          <w:sz w:val="18"/>
        </w:rPr>
        <w:t>整理归属  深圳市招生考试办公室</w:t>
      </w:r>
    </w:p>
    <w:p>
      <w:r>
        <w:rPr>
          <w:sz w:val="18"/>
        </w:rPr>
        <w:t>发布日期  2020-10-12</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https://szeb.sz.gov.cn/szzkw/zkgg/zkxx1/content/post_8949647.html</w:t>
        </w:r>
      </w:hyperlink>
    </w:p>
    <w:p/>
    <w:p>
      <w:r>
        <w:t>各地级以上市自学考试办公室，主考学校：</w:t>
      </w:r>
    </w:p>
    <w:p>
      <w:r>
        <w:t>根据教育部考试中心《关于2021年高等教育自学考试全国统考课程安排有关事项的通知》（教试中心函〔2020〕71号）精神，结合我省自学考试开展情况，现将2021年我省自学考试开考课程考试时间安排及使用教材公布如下：</w:t>
      </w:r>
    </w:p>
    <w:p>
      <w:r>
        <w:t>一、考试时间及课程安排</w:t>
      </w:r>
    </w:p>
    <w:p>
      <w:r>
        <w:t>2021年我省自学考试开考3次，分别为1月9、10日；4月10、11日；10月16、17日。各专业开考课程具体时间安排详见附件1、2、3。</w:t>
      </w:r>
    </w:p>
    <w:p>
      <w:r>
        <w:t>二、相关教材</w:t>
      </w:r>
    </w:p>
    <w:p>
      <w:r>
        <w:t>（一）2021年开考课程使用教材见附件4。其中，公司法（课程代码00227）、教育法学（课程代码00453）、中外教育简史（课程代码00464）和教育学原理（课程代码00469）等4门课程（附件4中课程名称前加注★）从2021年4月起使用新大纲、教材。</w:t>
      </w:r>
    </w:p>
    <w:p>
      <w:r>
        <w:t>（二）随着社会经济的不断发展，部分法律、法规和经济政策将作出相应调整和改变，在命题时将把从考试之日起6个月前由全国人大颁布的法律和国务院颁布的法规列入相应课程的考试范围。凡大纲、教材内容与现行法律、法规不符的，以现行法律、法规为准。</w:t>
      </w:r>
    </w:p>
    <w:p>
      <w:r>
        <w:t>三、其他事项</w:t>
      </w:r>
    </w:p>
    <w:p>
      <w:r>
        <w:t>（一）2021年4月10日下午和2021年10月16日上午开考的“计算机应用基础”（课程代码00018），只接受香港籍考生在香港考试及评核局报考。</w:t>
      </w:r>
    </w:p>
    <w:p>
      <w:r>
        <w:t>（二）本文相关附件材料可登录广东省教育考试院官网（http://eea.gd.gov.cn）查阅。</w:t>
      </w:r>
    </w:p>
    <w:p>
      <w:r>
        <w:t>（三）请各地市自考办、主考学校做好相关工作。</w:t>
      </w:r>
    </w:p>
    <w:p>
      <w:r>
        <w:t>（四）为保证考生健康安全，本文下发后，如因疫情防控工作需要调整考试安排，省考办将另行通知。</w:t>
      </w:r>
    </w:p>
    <w:p>
      <w:r>
        <w:t>附件：1.2021年1月广东省自学考试各专业开考课程考试时间安排表</w:t>
      </w:r>
    </w:p>
    <w:p>
      <w:r>
        <w:t>2.2021年4月广东省自学考试各专业开考课程考试时间安排表</w:t>
      </w:r>
    </w:p>
    <w:p>
      <w:r>
        <w:t>3.2021年10月广东省自学考试各专业开考课程考试时间安排表</w:t>
      </w:r>
    </w:p>
    <w:p>
      <w:r>
        <w:t>4.2021年广东省自学考试开考课程使用教材表</w:t>
      </w:r>
    </w:p>
    <w:p>
      <w:r>
        <w:t>广东省自学考试委员会办公室</w:t>
      </w:r>
    </w:p>
    <w:p>
      <w:r>
        <w:t>2020年9月23日</w:t>
      </w:r>
    </w:p>
    <w:p>
      <w:r>
        <w:t>附件1-4.doc</w:t>
      </w:r>
    </w:p>
    <w:p>
      <w:pPr>
        <w:pStyle w:val="Heading1"/>
      </w:pPr>
      <w:r>
        <w:t>附件及下载链接</w:t>
      </w:r>
    </w:p>
    <w:p>
      <w:hyperlink r:id="rId11">
        <w:r>
          <w:rPr>
            <w:color w:val="18548A"/>
          </w:rPr>
          <w:t>附件1-4.doc</w:t>
        </w:r>
      </w:hyperlink>
    </w:p>
    <w:p>
      <w:r>
        <w:rPr>
          <w:sz w:val="16"/>
        </w:rPr>
        <w:t>https://szeb.sz.gov.cn/attachment/0/803/803203/8949647.doc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8949647.html" TargetMode="External"/><Relationship Id="rId11" Type="http://schemas.openxmlformats.org/officeDocument/2006/relationships/hyperlink" Target="https://szeb.sz.gov.cn/attachment/0/803/803203/8949647.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