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关于公布2012年成人高校在广东省招生计划数的通知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2012-11-19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通知公告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https://eea.gd.gov.cn/tzgg/content/post_2218440.html</w:t>
        </w:r>
      </w:hyperlink>
    </w:p>
    <w:p/>
    <w:p>
      <w:r>
        <w:t>各地级以上市及顺德区招生办公室（考试中心），各普通高等学校、成人高等学校：</w:t>
      </w:r>
    </w:p>
    <w:p>
      <w:r>
        <w:t>根据教育部下达2012年成人高校在粤招生计划情况，现公布2012年全国成人高等学校在我省招生计划总数（见附表）。各成人高校分专业招生计划数详见广东省教育考试院网站eea.gd.gov.cn。</w:t>
      </w:r>
    </w:p>
    <w:p>
      <w:r>
        <w:t>附表：1．2012年成人高校在广东省招生专科起点本科层次招生计划</w:t>
      </w:r>
    </w:p>
    <w:p>
      <w:r>
        <w:t>2．2012年成人高校在广东省招生高中起点本科层次招生计划</w:t>
      </w:r>
    </w:p>
    <w:p>
      <w:r>
        <w:t>3．2012年成人高校在广东省招生各类专科脱产班招生计划</w:t>
      </w:r>
    </w:p>
    <w:p>
      <w:r>
        <w:t>4．2012年成人高校在广东省招生各类专科函授、业余班招生计划</w:t>
      </w:r>
    </w:p>
    <w:p>
      <w:r>
        <w:t>二○一二年十一月十六日</w:t>
      </w:r>
    </w:p>
    <w:p>
      <w:r>
        <w:t>相关附件:</w:t>
      </w:r>
    </w:p>
    <w:p>
      <w:r>
        <w:t>fb.doc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tzgg/content/post_2218440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