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省考办关于高等教育自学考试部分停考专业毕业办理时间的通告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https://szeb.sz.gov.cn/szzkw/zkgg/zkxx1/content/post_11190955.html</w:t>
        </w:r>
      </w:hyperlink>
    </w:p>
    <w:p/>
    <w:p>
      <w:r>
        <w:t>根据《关于停考我省高等教育自学考试环境工程技术等17个专业的通知》（粤考委〔2019〕2号）及《关于稳妥解决2022年4月自学考试延期考试相关问题的通知》(粤考办〔2022〕8号)的相关规定，环境工程技术（专科）等17个专业的毕业手续办理至2024年6月止。详见附件。</w:t>
      </w:r>
    </w:p>
    <w:p>
      <w:r>
        <w:t>附件：省考办关于高等教育自学考试部分停考专业毕业办理时间的通告</w:t>
      </w:r>
    </w:p>
    <w:p>
      <w:r>
        <w:t>（来源：广东省自学考试委员会办公室）</w:t>
      </w:r>
    </w:p>
    <w:p>
      <w:r>
        <w:t>附件.省考办关于高等教育自学考试部分停考专业毕业办理时间的通告.docx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附件.省考办关于高等教育自学考试部分停考专业毕业办理时间的通告.docx</w:t>
        </w:r>
      </w:hyperlink>
    </w:p>
    <w:p>
      <w:r>
        <w:rPr>
          <w:sz w:val="16"/>
        </w:rPr>
        <w:t>https://szeb.sz.gov.cn/attachment/1/1426/1426646/11190955.docx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190955.html" TargetMode="External"/><Relationship Id="rId11" Type="http://schemas.openxmlformats.org/officeDocument/2006/relationships/hyperlink" Target="https://szeb.sz.gov.cn/attachment/1/1426/1426646/1119095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