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关于公示广东省2026年普通高校招生具有加分资格考生增补名单的通知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https://eea.gd.gov.cn/zwgk_zkgs/content/post_4896966.html</w:t>
        </w:r>
      </w:hyperlink>
    </w:p>
    <w:p/>
    <w:p>
      <w:r>
        <w:t>深圳市招生考试办公室：</w:t>
      </w:r>
    </w:p>
    <w:p>
      <w:r>
        <w:t>根据你办来函，经审核，2026年我省普通高校招生具有加分资格考生增补1人，现予以公示。请你办于5月15日前在本单位网站公示，同时转发至相关县区招办和学校，并公布联系方式。公示时间不得少于10个工作日，并保留至2026年8月底。</w:t>
      </w:r>
    </w:p>
    <w:p>
      <w:r>
        <w:t>个人或单位如对公示名单有异议，可向深圳市招办和省教育考试院反映，反映意见须内容真实且具体明确，属个人反映的需签署真实姓名、联系电话，属单位反映的需加盖公章、署明联系方式，否则不予受理。省招生办联系电话：020-62833628。</w:t>
      </w:r>
    </w:p>
    <w:p>
      <w:r>
        <w:t>附件：具有加分资格的烈士子女考生增补名单</w:t>
      </w:r>
    </w:p>
    <w:p>
      <w:r>
        <w:t>广东省招生委员会办公室</w:t>
      </w:r>
    </w:p>
    <w:p>
      <w:r>
        <w:t>2026年5月14日</w:t>
      </w:r>
    </w:p>
    <w:p>
      <w:r>
        <w:drawing>
          <wp:inline xmlns:a="http://schemas.openxmlformats.org/drawingml/2006/main" xmlns:pic="http://schemas.openxmlformats.org/drawingml/2006/picture">
            <wp:extent cx="6400800" cy="12989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4bb88c2941cec3e6f06ab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29896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89696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