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https://szeb.sz.gov.cn/szzkw/zkcx/zxks/zkzy/bkcc/content/post_8949088.html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304af3e827818fcaeea677093aa88cc4827e9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304af3e827818fcaeea677093aa88cc4827e9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8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