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关于《广东省2025年普通高等学校招生专业目录》更正及增补的通知（一）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2025-06-24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https://eea.gd.gov.cn/ptgk/content/post_4732958.html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https://eea.gd.gov.cn/tzgg/content/post_4733057.html</w:t>
        </w:r>
      </w:hyperlink>
    </w:p>
    <w:p/>
    <w:p>
      <w:r>
        <w:t>各地级以上市招生办公室（考试中心、考试院），各有关高等学校：</w:t>
      </w:r>
    </w:p>
    <w:p>
      <w:r>
        <w:t>应有关高校的要求，现对《广东省2025年普通高等学校招生专业目录》部分内容作如下增补及更正，请及时转发各中学并告知学生。</w:t>
      </w:r>
    </w:p>
    <w:p>
      <w:r>
        <w:t>附件：《广东省2025年普通高等学校招生专业目录》增补及更正表</w:t>
      </w:r>
    </w:p>
    <w:p>
      <w:r>
        <w:t>广东省招生委员会办公室</w:t>
      </w:r>
    </w:p>
    <w:p>
      <w:r>
        <w:t>2025年6月24日</w:t>
      </w:r>
    </w:p>
    <w:p>
      <w:r>
        <w:drawing>
          <wp:inline xmlns:a="http://schemas.openxmlformats.org/drawingml/2006/main" xmlns:pic="http://schemas.openxmlformats.org/drawingml/2006/picture">
            <wp:extent cx="6400799" cy="78406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a7216c75e1466d7b01c2cc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78406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810283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d81dd92fdb68058d61942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8102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638063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fd9b3a9ad5b90fafe4f408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638063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32958.html" TargetMode="External"/><Relationship Id="rId11" Type="http://schemas.openxmlformats.org/officeDocument/2006/relationships/hyperlink" Target="https://eea.gd.gov.cn/tzgg/content/post_4733057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