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关于调整2022年下半年全国中小学教师资格考试（笔试）南山区蛇口学校、前海学校考点安排的通告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https://szeb.sz.gov.cn/szzkw/zkgg/skxx/content/post_10200910.html</w:t>
        </w:r>
      </w:hyperlink>
    </w:p>
    <w:p/>
    <w:p>
      <w:r>
        <w:t>2022年下半年全国中小学教师资格考试（笔试）将于10月29日举行。受疫情管控影响，我市南山区蛇口学校、前海学校两个考点无法承担原定考点工作。为确保实现健康、平安、暖心考试的目标，现将南山区部分考点安排作如下调整：</w:t>
      </w:r>
    </w:p>
    <w:p>
      <w:r>
        <w:t>一、原安排在南山区蛇口学校的考生平移至南山外国语学校（集团）高新中学（地址：深圳市南山区科技园高新南环路5号）参加考试。</w:t>
      </w:r>
    </w:p>
    <w:p>
      <w:r>
        <w:t>二、原安排在南山区前海学校的考生平移至南山外国语学校（集团）文华学校（地址：深圳市南山区科技园文华路2号）参加考试。</w:t>
      </w:r>
    </w:p>
    <w:p>
      <w:r>
        <w:t>三、考生无需重新打印准考证，凭原准考证前往调整后的考点参加考试，考场号、座位号不变，答题卡上的考点名称栏按准考证上的考点名称填写。</w:t>
      </w:r>
    </w:p>
    <w:p>
      <w:r>
        <w:t>市招考办将群发短信通知受影响的考生，请相关考生注意查收短信并相互转告。因考点调整给考生带来的不便，敬请谅解。</w:t>
      </w:r>
    </w:p>
    <w:p>
      <w:r>
        <w:t>特此通告。</w:t>
      </w:r>
    </w:p>
    <w:p>
      <w:r>
        <w:t>深圳市招生考试办公室</w:t>
      </w:r>
    </w:p>
    <w:p>
      <w:r>
        <w:t>2022年10月28日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2009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