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2022年在我省招生的新增院校名单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https://eea.gd.gov.cn/tzgg/content/post_3959037.html</w:t>
        </w:r>
      </w:hyperlink>
    </w:p>
    <w:p/>
    <w:p>
      <w:r>
        <w:t>2022年在我省招生的院校共1580所，其中新增招生院校54所。考生可查阅《广东省2022年普通高等学校志愿填报指南》《广东省2022年普通高等学校招生专业目录》了解新增院校及专业详情。</w:t>
      </w:r>
    </w:p>
    <w:p>
      <w:r>
        <w:t>新增院校具体名单如下：</w:t>
      </w:r>
    </w:p>
    <w:p>
      <w:r>
        <w:t>本科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64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4393c0a4168b03b6a44403ff82c5c5c6ad976e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64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68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4393c0a4168b03b6a44403ff82c5c5c6ad976e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6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专科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640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c74e6df63433172892ba028a5fa3dc915c6bec7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64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687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c74e6df63433172892ba028a5fa3dc915c6bec7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687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5903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