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06cbd7ba17b1f6a908156cf17050c7624764a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06cbd7ba17b1f6a908156cf17050c7624764a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