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广东省2025年下半年全国英语等级考试及全国计算机等级考试考前温馨提示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2025-09-19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社会考试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https://eea.gd.gov.cn/shks/content/post_4775451.html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https://eea.gd.gov.cn/news/content/post_4775662.html</w:t>
        </w:r>
      </w:hyperlink>
    </w:p>
    <w:p/>
    <w:p>
      <w:r>
        <w:t>2025年下半年全国英语等级考试（PETS）将于9月20日至21日举行，全国计算机等级考试（NCRE）将于9月20日至22日举行，提醒广大考生注意以下事项：</w:t>
      </w:r>
    </w:p>
    <w:p>
      <w:r>
        <w:t>一、受台风影响，考生赴考期间可能出现雷雨大风等极端天气，请考生提前熟悉出行路线，留意考试当天天气预报，加强防护，确保安全赴考。</w:t>
      </w:r>
    </w:p>
    <w:p>
      <w:r>
        <w:t>二、考生须持《准考证》和有效期内的身份证件进入考场，请确保“两证”齐全，信息一致。</w:t>
      </w:r>
    </w:p>
    <w:p>
      <w:r>
        <w:t>三、我省PETS及NCRE两项考试各考点均使用人脸识别、金属探测等方式进行考生入场检查，建议考生只携带必要考试物品，并提前到达考点。到达后按照考点路线指引行进，非考试必要物品须按考点规定存放至指定区域，以便快速存取。考生因任何原因离开考试封闭区域后需要再次进入的，均须再次进行安检。</w:t>
      </w:r>
    </w:p>
    <w:p>
      <w:r>
        <w:t>四、考生只可携带必要的文具进入考场，如黑色签字笔、2B铅笔、橡皮等。禁止携带书籍、资料、计算器等物品，特别是具有拍摄、发送或接收信息功能的电子设备（无论是否关机），禁止在《准考证》上书写任何除原在线打印内容以外的文字。离开考场时，不准携带试卷或答题卡离场。考生如有违纪、作弊等行为，将按照《国家教育考试违规处理办法》等规定进行处理。如情节严重，触犯刑法，将报送公安部门，依法处理。</w:t>
      </w:r>
    </w:p>
    <w:p>
      <w:r>
        <w:t>五、9月20日上午10：40，广州市进行防空警报试鸣，请属地考生关注市政府有关通告。考试过程中响起防空警报，请注意这属于常规演习，不必惊慌，保持冷静，沉着应考。</w:t>
      </w:r>
    </w:p>
    <w:p>
      <w:r>
        <w:t>六、同时参加PETS、NCRE的考生，如果两个考试时间相同，可凭两个考试的准考证在原NCRE报考考点参加其他场次的考试，具体考试时间须服从考点安排。请有关考生务必在9月20日前联系NCRE报考考点确定具体考试时间。</w:t>
      </w:r>
    </w:p>
    <w:p>
      <w:r>
        <w:t>请广大考生严格按照《全国英语等级考试考生守则》（见附件1）、《全国计算机等级考试考生须知》（见附件2），遵守考场纪律，不提前作答，不延后交卷，不影响考场秩序，诚信赴考，切勿发生违规作弊行为。预祝各位考生考试顺利，取得好成绩！</w:t>
      </w:r>
    </w:p>
    <w:p>
      <w:r>
        <w:t>附件：</w:t>
      </w:r>
    </w:p>
    <w:p>
      <w:r>
        <w:t>1.全国英语等级考试考生守则</w:t>
      </w:r>
    </w:p>
    <w:p>
      <w:r>
        <w:t>2.全国计算机等级考试考生须知</w:t>
      </w:r>
    </w:p>
    <w:p>
      <w:r>
        <w:t>3.2025年9月广东省全国计算机等级考试考点地址及咨询电话</w:t>
      </w:r>
    </w:p>
    <w:p>
      <w:r>
        <w:t>查阅附件</w:t>
      </w:r>
    </w:p>
    <w:p>
      <w:pPr>
        <w:pStyle w:val="Heading1"/>
      </w:pPr>
      <w:r>
        <w:t>附件及下载链接</w:t>
      </w:r>
    </w:p>
    <w:p>
      <w:hyperlink r:id="rId12">
        <w:r>
          <w:rPr>
            <w:color w:val="18548A"/>
          </w:rPr>
          <w:t>查阅附件</w:t>
        </w:r>
      </w:hyperlink>
    </w:p>
    <w:p>
      <w:r>
        <w:rPr>
          <w:sz w:val="16"/>
        </w:rPr>
        <w:t>https://eea.gd.gov.cn/attachment/0/593/593996/4775451.pdf</w:t>
      </w:r>
    </w:p>
    <w:p>
      <w:pPr>
        <w:pStyle w:val="Heading1"/>
      </w:pPr>
      <w:r>
        <w:t>正文相关链接</w:t>
      </w:r>
    </w:p>
    <w:p>
      <w:hyperlink r:id="rId13">
        <w:r>
          <w:rPr>
            <w:color w:val="18548A"/>
          </w:rPr>
          <w:t>查阅附件</w:t>
        </w:r>
      </w:hyperlink>
    </w:p>
    <w:p>
      <w:r>
        <w:t>https://eea.gd.gov.cn/attachment/0/593/593996/4775662.pdf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shks/content/post_4775451.html" TargetMode="External"/><Relationship Id="rId11" Type="http://schemas.openxmlformats.org/officeDocument/2006/relationships/hyperlink" Target="https://eea.gd.gov.cn/news/content/post_4775662.html" TargetMode="External"/><Relationship Id="rId12" Type="http://schemas.openxmlformats.org/officeDocument/2006/relationships/hyperlink" Target="https://eea.gd.gov.cn/attachment/0/593/593996/4775451.pdf" TargetMode="External"/><Relationship Id="rId13" Type="http://schemas.openxmlformats.org/officeDocument/2006/relationships/hyperlink" Target="https://eea.gd.gov.cn/attachment/0/593/593996/477566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