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试卷保密室综合改造提升项目中标（成交）结果公示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2025-08-08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https://szeb.sz.gov.cn/szzkw/qtxx/content/post_12319462.html</w:t>
        </w:r>
      </w:hyperlink>
    </w:p>
    <w:p/>
    <w:p>
      <w:r>
        <w:t>根据国家及省市相关政策和规定，我单位对试卷保密室综合改造提升项目委托雷达咨询（深圳）有限公司（以下简称“采购代理机构”）组织竞争性谈判，现将项目谈判结果进行公示。</w:t>
      </w:r>
    </w:p>
    <w:p>
      <w:r>
        <w:t>一、项目编号：LDZX25-LHT70048</w:t>
      </w:r>
    </w:p>
    <w:p>
      <w:r>
        <w:t>二、项目名称：试卷保密室综合改造提升项目</w:t>
      </w:r>
    </w:p>
    <w:p>
      <w:r>
        <w:t>三、投标供应商名称及报价：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投标供应商名称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最终报价（元）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深圳市华盾之星科技有限公司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208000.00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深圳市汇恒通科技有限公司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211000.00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深圳市天昕朗科技有限公司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213299.00</w:t>
            </w:r>
          </w:p>
        </w:tc>
      </w:tr>
    </w:tbl>
    <w:p/>
    <w:p>
      <w:r>
        <w:t>四、中标（成交）信息</w:t>
      </w:r>
    </w:p>
    <w:p>
      <w:r>
        <w:t>供应商名称：深圳市华盾之星科技有限公司</w:t>
      </w:r>
    </w:p>
    <w:p>
      <w:r>
        <w:t>供应商地址：深圳市南山区招商街道沿山社区沿山路6号佳利泰科技大厦6E</w:t>
      </w:r>
    </w:p>
    <w:p>
      <w:r>
        <w:t>中标价格：人民币贰拾万捌仟元整（¥208,000.00）</w:t>
      </w:r>
    </w:p>
    <w:p>
      <w:r>
        <w:t>五、主要标的信息：见响应文件。</w:t>
      </w:r>
    </w:p>
    <w:p>
      <w:r>
        <w:t>六、谈判小组成员名单：</w:t>
      </w:r>
    </w:p>
    <w:p>
      <w:r>
        <w:t>刘茹冰、胡岚、陈树鑫。</w:t>
      </w:r>
    </w:p>
    <w:p>
      <w:r>
        <w:t>七、代理服务收费标准及金额：</w:t>
      </w:r>
    </w:p>
    <w:p>
      <w:r>
        <w:t>招标代理服务费参照深财购【2018】27号文及相关规定，本项目招标代理服务费为人民币陆仟元整（¥6000.00），由中标供应商支付。</w:t>
      </w:r>
    </w:p>
    <w:p>
      <w:r>
        <w:t>八、公示期限</w:t>
      </w:r>
    </w:p>
    <w:p>
      <w:r>
        <w:t>2025年08月08日至2025年08月11日</w:t>
      </w:r>
    </w:p>
    <w:p>
      <w:r>
        <w:t>九、其他补充信息</w:t>
      </w:r>
    </w:p>
    <w:p>
      <w:r>
        <w:t>如需查询资格文件请到现场。</w:t>
      </w:r>
    </w:p>
    <w:p>
      <w:r>
        <w:t>十、凡对本次公示内容提出询问，请按以下方式联系。</w:t>
      </w:r>
    </w:p>
    <w:p>
      <w:r>
        <w:t>1.采购人信息</w:t>
      </w:r>
    </w:p>
    <w:p>
      <w:r>
        <w:t>名    称：深圳市招生考试办公室</w:t>
      </w:r>
    </w:p>
    <w:p>
      <w:r>
        <w:t>地    址：深圳市罗湖区泥岗西路1068号</w:t>
      </w:r>
    </w:p>
    <w:p>
      <w:r>
        <w:t>联系方式：陈老师 0755-82176753</w:t>
      </w:r>
    </w:p>
    <w:p>
      <w:r>
        <w:t>2.采购代理机构信息</w:t>
      </w:r>
    </w:p>
    <w:p>
      <w:r>
        <w:t>名    称：雷达咨询（深圳）有限公司</w:t>
      </w:r>
    </w:p>
    <w:p>
      <w:r>
        <w:t>地　  址：深圳市龙华区大浪街道浪花路8号名牌时尚创意广场1210</w:t>
      </w:r>
    </w:p>
    <w:p>
      <w:r>
        <w:t>联系方式：0755-27444441</w:t>
      </w:r>
    </w:p>
    <w:p>
      <w:r>
        <w:t>3.项目联系方式</w:t>
      </w:r>
    </w:p>
    <w:p>
      <w:r>
        <w:t>项目联系人： 田工</w:t>
      </w:r>
    </w:p>
    <w:p>
      <w:r>
        <w:t>电　  话：　0755-27444441</w:t>
      </w:r>
    </w:p>
    <w:p>
      <w:r>
        <w:t>深圳市招生考试办公室</w:t>
      </w:r>
    </w:p>
    <w:p>
      <w:r>
        <w:t>2025年08月08日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xx/content/post_1231946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