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自学考试的主考学校是什么？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2022-09-28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https://eea.gd.gov.cn/dawenku/zcwj/content/post_4046361.html</w:t>
        </w:r>
      </w:hyperlink>
    </w:p>
    <w:p/>
    <w:p>
      <w:r>
        <w:t>依据《高等教育自学考试暂行条例》规定，主考学校是担负部分自学考试职责的普通高等学校，由各省、市、自治区高等教育自学考试委员会（以下简称省考委）遴选并接受省考委的领导，协助省级教育考试机构开展专业和课程等相关的自学考试工作，包括参与课程设置及课程考试标准制定、参与命题和评卷、负责有关实践性学习环节的考核、在自学考试毕业证书上副署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0463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