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https://szeb.sz.gov.cn/szzkw/zkcx/zxks/zkzy/bkcc/content/post_8949135.html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4896306131de0f3507a63ee69e6b29760f0a2f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4896306131de0f3507a63ee69e6b29760f0a2f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3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