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b8f0a3ea52d3a48347412d4d1f8d93832f0ec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b8f0a3ea52d3a48347412d4d1f8d93832f0ec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