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深圳市招生考试办公室关于2023年1月我市自学考试报名报考工作的通知</w:t>
      </w:r>
    </w:p>
    <w:p>
      <w:r>
        <w:rPr>
          <w:sz w:val="18"/>
        </w:rPr>
        <w:t>整理归属  深圳市招生考试办公室</w:t>
      </w:r>
    </w:p>
    <w:p>
      <w:r>
        <w:rPr>
          <w:sz w:val="18"/>
        </w:rPr>
        <w:t>发布日期  2022-11-15</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https://szeb.sz.gov.cn/szzkw/zkgg/zkxx1/content/post_10239848.html</w:t>
        </w:r>
      </w:hyperlink>
    </w:p>
    <w:p/>
    <w:p>
      <w:r>
        <w:t>各自考考生：</w:t>
      </w:r>
    </w:p>
    <w:p>
      <w:r>
        <w:t>我省2023年1月自学考试将于2023年1月7日至8日(周六、日)进行。现将本次报名报考有关事项通知如下：</w:t>
      </w:r>
    </w:p>
    <w:p>
      <w:r>
        <w:t>一、报名报考条件</w:t>
      </w:r>
    </w:p>
    <w:p>
      <w:r>
        <w:t>凡在我省居住和工作的中华人民共和国公民，不受性别、年龄、民族、种族和已受教育程度的限制，均可参加我省自学考试。港澳和台湾同胞、海外侨胞及外籍人士，也可按规定参加我省自学考试。</w:t>
      </w:r>
    </w:p>
    <w:p>
      <w:r>
        <w:t>二、报名报考时间</w:t>
      </w:r>
    </w:p>
    <w:p>
      <w:r>
        <w:t>（一）报名时间</w:t>
      </w:r>
    </w:p>
    <w:p>
      <w:r>
        <w:t>新生预报名时间：2022年11月22日10:00至11月25日12:00；</w:t>
      </w:r>
    </w:p>
    <w:p>
      <w:r>
        <w:t>正式报名时间：2022年11月22日10:00至11月25日17:00。</w:t>
      </w:r>
    </w:p>
    <w:p>
      <w:r>
        <w:t>（二）报考时间</w:t>
      </w:r>
    </w:p>
    <w:p>
      <w:r>
        <w:t>考生报考时间：2022年11月29日14:00至12月2日17:00；</w:t>
      </w:r>
    </w:p>
    <w:p>
      <w:r>
        <w:t>缴费时间：2022年11月30日10:00至12月3日17:00。</w:t>
      </w:r>
    </w:p>
    <w:p>
      <w:r>
        <w:t>三、报名报考手续</w:t>
      </w:r>
    </w:p>
    <w:p>
      <w:r>
        <w:t>首次参加自学考试的新考生须先办理新生报名手续，然后才可选择课程报考；已进行过新生报名取得准考证号且个人信息完整的考生可直接报考（报名报考操作流程详见附件2）。</w:t>
      </w:r>
    </w:p>
    <w:p>
      <w:r>
        <w:t>（一）新生报名</w:t>
      </w:r>
    </w:p>
    <w:p>
      <w:r>
        <w:t>新生报名分预报名和正式报名两个阶段。</w:t>
      </w:r>
    </w:p>
    <w:p>
      <w:r>
        <w:t>1.预报名。新生通过广东省自学考试管理系统（网址：https://www.eeagd.edu.cn/selfec/，下同），从【考生入口】通道进行预报名。根据《关于广东省高等教育自学考试专业调整有关事项的通知》（粤考委〔2018〕1号）规定，新生报名只能选择调整后的专业名称。预报名时考生须录入个人信息并设置个人密码，预报名成功后将得到唯一的预报名号，预报名号仅当次有效。考生预报名成功后还须完成本人手机绑定才能进行正式报名。请考生注意保管好本人的自学考试考生号和密码，勿透露给他人使用，不要在考试院官网以外的第三方网站输入本人的自学考试考生号和密码，避免造成个人信息泄露。</w:t>
      </w:r>
    </w:p>
    <w:p>
      <w:r>
        <w:t>2.正式报名。本次正式报名全部网上进行，考生须凭当次预报名号，在规定时间内通过广东省教育考试院官方微信（ID：gdsksy）小程序进行正式报名（具体操作可参考附件3）。正式报名成功后将获得唯一准考证号，所有考生务必牢记。考生身份验证过程中采集的证件照是考生在自学考试管理系统中的存档照片，将用于包括毕业证照比对在内的所有自考业务办理。</w:t>
      </w:r>
    </w:p>
    <w:p>
      <w:r>
        <w:t>3.报名注意事项</w:t>
      </w:r>
    </w:p>
    <w:p>
      <w:r>
        <w:t>（1）预报名时，请在网页端正确填写报名信息（姓名、身份证号、出生年月等），如填写有误，将会导致省考试院小程序人脸识别不通过。信息有误的考生请在预报名期间自行进行更正。</w:t>
      </w:r>
    </w:p>
    <w:p>
      <w:r>
        <w:t>（2）正确绑定本人手机号，不要随意借用他人手机号，绑定有误的将会影响报考课程。</w:t>
      </w:r>
    </w:p>
    <w:p>
      <w:r>
        <w:t>（3）因面容特征变化等原因无法上传相片或报名信息（含照片）未能通过审核的考生，应及时联系我办并按指定途径完成正式报名，2022年11月27日后不予受理。</w:t>
      </w:r>
    </w:p>
    <w:p>
      <w:r>
        <w:t>（4）已上传相片的新生，请及时登录广东省自学考试管理系统预报名网页端查询相片审核结果。</w:t>
      </w:r>
    </w:p>
    <w:p>
      <w:r>
        <w:t>（5）相片审核通过的考生要在规定时间内生成准考证号，完成正式报名；相片审核不通过的考生要根据系统提示重新上传相片，逾期无法受理。</w:t>
      </w:r>
    </w:p>
    <w:p>
      <w:r>
        <w:t>（6）预报名号仅当次有效，往期的预报名号无法使用。</w:t>
      </w:r>
    </w:p>
    <w:p>
      <w:r>
        <w:t>（二）考生报考</w:t>
      </w:r>
    </w:p>
    <w:p>
      <w:r>
        <w:t>1.所有考生均须在报考前先注册“粤康码”，然后通过广东省自学考试管理系统从【考生报考】通道报考课程，并进行网上缴费。考生报考时如未绑定联系手机，则须先完成本人手机绑定方可报考，需要修改已绑定手机的也可通过报考菜单栏的【手机绑定】功能进行解绑和重新绑定。无法自行解绑手机的，可到我办一楼招考服务大厅进行解绑。</w:t>
      </w:r>
    </w:p>
    <w:p>
      <w:r>
        <w:t>考生可根据各考区考位供给情况选择考区报考，每个考生每次考试只能报考一次，且只能选择一个考区参加考试，在保存或修改报考信息时须进行短信验证，以确认考生的报考操作，报考时确认的联系手机和通信地址将作为各级自学考试办公室当次考试联系考生的重要渠道，考生务必认真核对，确保准确无误，因填写错误或填写他人手机号码导致的后果由考生承担。考生在确认报考信息前，须认真核对选择的考区和报考课程是否正确。考区和报考课程一经考生确认，不得增加、删减、更改，确认报考后所交报考费一旦网上缴纳，不予退还。考生缴费后必须再次登录自学考试管理系统，检查交费状态是否为“已缴费”，以此确认是否报考成功，如遇问题应及时与我办联系。考生应避免在最后时间报考课程和缴费，以免因停电、网络堵塞等原因导致错过报考和缴费。</w:t>
      </w:r>
    </w:p>
    <w:p>
      <w:r>
        <w:t>2.根据《关于加强我省高等教育自学考试考生信息采集工作的通知》（粤考办〔2018〕11号）要求，在广东省自学考试管理系统中无相片的考生,须在新生报名期间，本人持有效身份证到我办一楼招考服务大厅进行补摄像后，方可报考。其他信息，如身份证号和姓名为空等情况的考生，请持本人相关证明材料到我办及时完善个人相关信息，省考办审核通过后方可报考。</w:t>
      </w:r>
    </w:p>
    <w:p>
      <w:r>
        <w:t>3.考生报考2023年1月自学考试因故而未能参加考试的，不纳入自学考试诚信报考档案，可按规定正常报考下一次自学考试。</w:t>
      </w:r>
    </w:p>
    <w:p>
      <w:r>
        <w:t>四、打印准考证</w:t>
      </w:r>
    </w:p>
    <w:p>
      <w:r>
        <w:t>考生须在考试前10天内登录广东省自学考试管理系统打印准考证。准考证上将载明考生参加当次各科考试的座位信息。准考证用普通A4纸打印，严禁伪造、变造或擅自涂改，严禁在准考证正反面做任何标记。请考生在上述时段内及时打印准考证，对于自行打印准考证有困难的考生可于考前一周至考试结束当天到我办打印（地址：罗湖区泥岗西路1068号一楼招考服务大厅，联系电话：82181999）。</w:t>
      </w:r>
    </w:p>
    <w:p>
      <w:r>
        <w:t>五、参加考试注意事项</w:t>
      </w:r>
    </w:p>
    <w:p>
      <w:r>
        <w:t>（一）所有考生均须凭网上自行打印的当次考试的准考证、本人有效身份证原件（含临时身份证、公安机关出具的用于参加国家教育考试的带照片的身份证明，不含电子身份证；军人、港澳和台湾同胞、海外侨胞及外籍人士可持考籍登记的对应证件）和“粤康码”绿码及健康信息申报表参加考试。</w:t>
      </w:r>
    </w:p>
    <w:p>
      <w:r>
        <w:t>（二）考前8天考生应每天在“粤康码”中如实申报个人健康情况（附件5），如实填写考前8天个人健康信息申报表（附件6），并在接受考前检查时向考点工作人员提供。考生隐瞒身体异常情况，提供虚假信息，造成严重后果的，依法追究相关人员责任。</w:t>
      </w:r>
    </w:p>
    <w:p>
      <w:r>
        <w:t>（三）考生应佩戴一次性医用或以上级别口罩参加考试，按照我办和考点的要求，主动配合做好人脸识别技术和人工比对身份证检查的身份核验工作。考生应服从考点现场工作人员管理及疫情防控安排，不得在考点内随意走动，与他人保持1米以上距离，避免近距离接触、交流，考试结束后迅速离开考点，不聚集。</w:t>
      </w:r>
    </w:p>
    <w:p>
      <w:r>
        <w:t>（四）考生在考试期间出现发热、咳嗽等症状，应立即向考点工作人员报告。</w:t>
      </w:r>
    </w:p>
    <w:p>
      <w:r>
        <w:t>（五）考生要遵守防疫规定和要求，配合做好疫情防控工作，按要求提供健康证明材料。考试的疫情防控将根据新的要求进行动态管理，请考生在考前密切关注省教育考试院的官网、官微以及我办官网、官微发布的考试疫情防控考生须知。</w:t>
      </w:r>
    </w:p>
    <w:p>
      <w:r>
        <w:t>六、成绩公布与复核申请</w:t>
      </w:r>
    </w:p>
    <w:p>
      <w:r>
        <w:t>（一）成绩公布</w:t>
      </w:r>
    </w:p>
    <w:p>
      <w:r>
        <w:t>本次考试成绩预计在2023年3月公布，届时考生可通过自学考试管理系统查询合格成绩，通过省教育考试院官方微信小程序或深圳招考网查询全部考试成绩，具体安排请留意省教育考试院或深圳招考网官方网站相关信息。</w:t>
      </w:r>
    </w:p>
    <w:p>
      <w:r>
        <w:t>（二）成绩复查申请</w:t>
      </w:r>
    </w:p>
    <w:p>
      <w:r>
        <w:t>1.申请复查程序。在我市参加考试的考生如对本人某科成绩有异议的，须持本人身份证、准考证，于当次考试成绩公布10个工作日内向我办提出成绩复查申请，具体时间、地点等安排留意我办公布的通知。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自学考试管理系统通知考生，对复查后发现分数有误的还将书面通知考生（按报考时考生确认的通信地址寄送）；考生也可通过深圳招考网查询复查结果。</w:t>
      </w:r>
    </w:p>
    <w:p>
      <w:r>
        <w:t>七、违规处理</w:t>
      </w:r>
    </w:p>
    <w:p>
      <w:r>
        <w:t>考生要认真阅读《广东省高等教育自学考试考场规则》、《国家教育考试违规处理办法》（教育部第33号令）、《〈国家教育考试违规处理办法〉中部分自学考试事项贯彻意见》、《中华人民共和国刑法修正案（九）》、《中华人民共和国教育法》等有关规定，自觉遵守考场规则，自重自爱，诚信考试。广东省自学考试委员会办公室将严格按照《国家教育考试违规处理办法》及相关规定严肃处理违纪作弊考生，并如实将相关信息记入诚信档案，涉嫌组织作弊、替考等违法犯罪行为的，移交有关部门依法处理，广大考生务必诚信应考。</w:t>
      </w:r>
    </w:p>
    <w:p>
      <w:r>
        <w:t>考试违规处理事先告知书和违规处理决定书将按照当次报考时考生确认的联系手机和通信地址邮寄。考生也可在成绩公布后，通过广东省自学考试管理系统查询违规处理的相关情况。</w:t>
      </w:r>
    </w:p>
    <w:p>
      <w:r>
        <w:t>八、其他事项</w:t>
      </w:r>
    </w:p>
    <w:p>
      <w:r>
        <w:t>（一）根据《关于调整我省成人高考和自学考试收费标准的复函》（粤价函〔2008〕352号），我省自学考试收费标准为每科37元。</w:t>
      </w:r>
    </w:p>
    <w:p>
      <w:r>
        <w:t>（二）残疾考生参加自学考试需考试机构在考试期间提供合理便利的，应在报考课程前持本人第二代及以上《中华人民共和国残疾人证》向我办提出正式书面申请，报考结束后不予受理。</w:t>
      </w:r>
    </w:p>
    <w:p>
      <w:r>
        <w:t>（三）其他未尽事宜，请考生密切关注广东省教育考试院官微、官网及深圳市招生考试办公室官微、官网发布的相关讯息。</w:t>
      </w:r>
    </w:p>
    <w:p>
      <w:r>
        <w:t>附件：1.2023年1月广东省自学考试各专业开考课程考试时间安排表</w:t>
      </w:r>
    </w:p>
    <w:p>
      <w:r>
        <w:t>2.广东省2023年1月自学考试报名报考流程图</w:t>
      </w:r>
    </w:p>
    <w:p>
      <w:r>
        <w:t>3.广东省2023年1月自学考试在线报名操作指引</w:t>
      </w:r>
    </w:p>
    <w:p>
      <w:r>
        <w:t>4.广东省高等教育自学考试电子相片采集标准</w:t>
      </w:r>
    </w:p>
    <w:p>
      <w:r>
        <w:t>5.考生健康上报说明</w:t>
      </w:r>
    </w:p>
    <w:p>
      <w:r>
        <w:t>6.广东省2023年1月自学考试健康信息申报表</w:t>
      </w:r>
    </w:p>
    <w:p>
      <w:r>
        <w:t>深圳市招生考试办公室</w:t>
      </w:r>
    </w:p>
    <w:p>
      <w:r>
        <w:t>2022年11月15日</w:t>
      </w:r>
    </w:p>
    <w:p>
      <w:r>
        <w:t>（市招考办咨询电话：0755-82181999，工作时间：9:00-12:00,14:00-18:00）</w:t>
      </w:r>
    </w:p>
    <w:p>
      <w:pPr>
        <w:keepNext/>
      </w:pPr>
      <w:r>
        <w:t>原图分页 1/2</w:t>
      </w:r>
    </w:p>
    <w:p>
      <w:r>
        <w:drawing>
          <wp:inline xmlns:a="http://schemas.openxmlformats.org/drawingml/2006/main" xmlns:pic="http://schemas.openxmlformats.org/drawingml/2006/picture">
            <wp:extent cx="6400800" cy="3804920"/>
            <wp:docPr id="1" name="Picture 1"/>
            <wp:cNvGraphicFramePr>
              <a:graphicFrameLocks noChangeAspect="1"/>
            </wp:cNvGraphicFramePr>
            <a:graphic>
              <a:graphicData uri="http://schemas.openxmlformats.org/drawingml/2006/picture">
                <pic:pic>
                  <pic:nvPicPr>
                    <pic:cNvPr id="0" name="1f1642926161022c6cb53ebc80b5f98525aeae0e-000.png"/>
                    <pic:cNvPicPr/>
                  </pic:nvPicPr>
                  <pic:blipFill>
                    <a:blip r:embed="rId11"/>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2" name="Picture 2"/>
            <wp:cNvGraphicFramePr>
              <a:graphicFrameLocks noChangeAspect="1"/>
            </wp:cNvGraphicFramePr>
            <a:graphic>
              <a:graphicData uri="http://schemas.openxmlformats.org/drawingml/2006/picture">
                <pic:pic>
                  <pic:nvPicPr>
                    <pic:cNvPr id="0" name="1f1642926161022c6cb53ebc80b5f98525aeae0e-001.png"/>
                    <pic:cNvPicPr/>
                  </pic:nvPicPr>
                  <pic:blipFill>
                    <a:blip r:embed="rId12"/>
                    <a:stretch>
                      <a:fillRect/>
                    </a:stretch>
                  </pic:blipFill>
                  <pic:spPr>
                    <a:xfrm>
                      <a:off x="0" y="0"/>
                      <a:ext cx="6400800" cy="5245100"/>
                    </a:xfrm>
                    <a:prstGeom prst="rect"/>
                  </pic:spPr>
                </pic:pic>
              </a:graphicData>
            </a:graphic>
          </wp:inline>
        </w:drawing>
      </w:r>
    </w:p>
    <w:p>
      <w:r>
        <w:t>附件1.2023年1月广东省自学考试各专业开考课程考试时间安排表.doc</w:t>
      </w:r>
    </w:p>
    <w:p>
      <w:r>
        <w:t>附件2-6.docx</w:t>
      </w:r>
    </w:p>
    <w:p>
      <w:pPr>
        <w:pStyle w:val="Heading1"/>
      </w:pPr>
      <w:r>
        <w:t>附件及下载链接</w:t>
      </w:r>
    </w:p>
    <w:p>
      <w:hyperlink r:id="rId13">
        <w:r>
          <w:rPr>
            <w:color w:val="18548A"/>
          </w:rPr>
          <w:t>附件1.2023年1月广东省自学考试各专业开考课程考试时间安排表.doc</w:t>
        </w:r>
      </w:hyperlink>
    </w:p>
    <w:p>
      <w:r>
        <w:rPr>
          <w:sz w:val="16"/>
        </w:rPr>
        <w:t>https://szeb.sz.gov.cn/attachment/1/1214/1214981/10239848.doc</w:t>
      </w:r>
    </w:p>
    <w:p>
      <w:hyperlink r:id="rId14">
        <w:r>
          <w:rPr>
            <w:color w:val="18548A"/>
          </w:rPr>
          <w:t>附件2-6.docx</w:t>
        </w:r>
      </w:hyperlink>
    </w:p>
    <w:p>
      <w:r>
        <w:rPr>
          <w:sz w:val="16"/>
        </w:rPr>
        <w:t>https://szeb.sz.gov.cn/attachment/1/1214/1214972/10239848.docx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10239848.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szeb.sz.gov.cn/attachment/1/1214/1214981/10239848.doc" TargetMode="External"/><Relationship Id="rId14" Type="http://schemas.openxmlformats.org/officeDocument/2006/relationships/hyperlink" Target="https://szeb.sz.gov.cn/attachment/1/1214/1214972/10239848.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