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f4f428c6be08f84445db61c4ca12631a2218ba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f4f428c6be08f84445db61c4ca12631a2218ba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